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Template Proposal Usaha UMKM</w:t>
      </w:r>
    </w:p>
    <w:p>
      <w:r>
        <w:t>Dokumen kerja dari Mentor Bisnis Indonesia. Salin untuk usaha Anda, ganti seluruh garis kosong, dan hapus petunjuk yang tidak relevan sebelum dikirim. Semua tabel dapat diedit. Tidak ada data omzet atau hasil usaha yang diisikan oleh penyedia template.</w:t>
      </w:r>
    </w:p>
    <w:p>
      <w:r>
        <w:t>Pisahkan FAKTA (ada bukti, tanggal, dan sumber) dari HIPOTESIS (perlu pengujian). Gunakan satuan rupiah dan periode yang sama. Dokumen ini tidak menghitung otomatis; periksa dengan spreadsheet. Ikuti format dan syarat penerima. Template bukan jaminan pendanaan, keuntungan, atau nasihat hukum/pajak.</w:t>
      </w:r>
    </w:p>
    <w:p>
      <w:pPr>
        <w:pStyle w:val="Heading1"/>
      </w:pPr>
      <w:r>
        <w:t>1. Identitas usaha dan tujuan pengajuan</w:t>
      </w:r>
    </w:p>
    <w:tbl>
      <w:tblPr>
        <w:tblStyle w:val="TableGrid"/>
        <w:tblW w:type="auto" w:w="0"/>
        <w:jc w:val="center"/>
        <w:tblLayout w:type="fixed"/>
        <w:tblLook w:firstColumn="1" w:firstRow="1" w:lastColumn="0" w:lastRow="0" w:noHBand="0" w:noVBand="1" w:val="04A0"/>
      </w:tblPr>
      <w:tblGrid>
        <w:gridCol w:w="4989"/>
        <w:gridCol w:w="4989"/>
      </w:tblGrid>
      <w:tr>
        <w:trPr>
          <w:cantSplit/>
          <w:tblHeader/>
        </w:trPr>
        <w:tc>
          <w:tcPr>
            <w:tcW w:type="dxa" w:w="3402"/>
            <w:vAlign w:val="center"/>
            <w:shd w:fill="1D1B1C"/>
          </w:tcPr>
          <w:p>
            <w:pPr>
              <w:spacing w:after="80"/>
            </w:pPr>
            <w:r>
              <w:rPr>
                <w:b/>
                <w:color w:val="FFFFFF"/>
                <w:sz w:val="18"/>
              </w:rPr>
              <w:t>Isian</w:t>
            </w:r>
          </w:p>
        </w:tc>
        <w:tc>
          <w:tcPr>
            <w:tcW w:type="dxa" w:w="6576"/>
            <w:vAlign w:val="center"/>
            <w:shd w:fill="1D1B1C"/>
          </w:tcPr>
          <w:p>
            <w:pPr>
              <w:spacing w:after="80"/>
            </w:pPr>
            <w:r>
              <w:rPr>
                <w:b/>
                <w:color w:val="FFFFFF"/>
                <w:sz w:val="18"/>
              </w:rPr>
              <w:t>Jawaban Anda</w:t>
            </w:r>
          </w:p>
        </w:tc>
      </w:tr>
      <w:tr>
        <w:trPr>
          <w:cantSplit/>
        </w:trPr>
        <w:tc>
          <w:tcPr>
            <w:tcW w:type="dxa" w:w="3402"/>
            <w:vAlign w:val="center"/>
          </w:tcPr>
          <w:p>
            <w:pPr>
              <w:spacing w:after="80"/>
            </w:pPr>
            <w:r>
              <w:rPr>
                <w:sz w:val="18"/>
              </w:rPr>
              <w:t>Nama usaha dan jenis usaha</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Nama pemilik / penanggung jawab</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Alamat usaha dan wilayah layanan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Kontak usaha (email / telepon)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Status usaha: rencana / berjalan; tanggal mulai</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Legalitas yang relevan dan statusnya</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Tanggal dokumen, versi, dan penyusun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Penerima proposal / lembaga / calon mitra</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Tujuan: dana / kerja sama / dukungan lain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Informasi yang boleh dibagikan dan batas kerahasiaan</w:t>
            </w:r>
          </w:p>
        </w:tc>
        <w:tc>
          <w:tcPr>
            <w:tcW w:type="dxa" w:w="6576"/>
            <w:vAlign w:val="center"/>
          </w:tcPr>
          <w:p>
            <w:pPr>
              <w:spacing w:after="80"/>
            </w:pPr>
            <w:r>
              <w:rPr>
                <w:sz w:val="18"/>
              </w:rPr>
              <w:t>____________________________</w:t>
            </w:r>
          </w:p>
        </w:tc>
      </w:tr>
    </w:tbl>
    <w:p/>
    <w:p>
      <w:r>
        <w:t>Jangan menyertakan NIK, rekening, atau data pelanggan pada salinan publik. Kirim dokumen identitas hanya melalui kanal resmi jika benar-benar diwajibkan.</w:t>
      </w:r>
    </w:p>
    <w:p>
      <w:r>
        <w:br w:type="page"/>
      </w:r>
    </w:p>
    <w:p>
      <w:pPr>
        <w:pStyle w:val="Heading1"/>
      </w:pPr>
      <w:r>
        <w:t>2. Ringkasan eksekutif (tulis paling akhir)</w:t>
      </w:r>
    </w:p>
    <w:tbl>
      <w:tblPr>
        <w:tblStyle w:val="TableGrid"/>
        <w:tblW w:type="auto" w:w="0"/>
        <w:jc w:val="center"/>
        <w:tblLayout w:type="fixed"/>
        <w:tblLook w:firstColumn="1" w:firstRow="1" w:lastColumn="0" w:lastRow="0" w:noHBand="0" w:noVBand="1" w:val="04A0"/>
      </w:tblPr>
      <w:tblGrid>
        <w:gridCol w:w="4989"/>
        <w:gridCol w:w="4989"/>
      </w:tblGrid>
      <w:tr>
        <w:trPr>
          <w:cantSplit/>
          <w:tblHeader/>
        </w:trPr>
        <w:tc>
          <w:tcPr>
            <w:tcW w:type="dxa" w:w="3402"/>
            <w:vAlign w:val="center"/>
            <w:shd w:fill="1D1B1C"/>
          </w:tcPr>
          <w:p>
            <w:pPr>
              <w:spacing w:after="80"/>
            </w:pPr>
            <w:r>
              <w:rPr>
                <w:b/>
                <w:color w:val="FFFFFF"/>
                <w:sz w:val="18"/>
              </w:rPr>
              <w:t>Isian</w:t>
            </w:r>
          </w:p>
        </w:tc>
        <w:tc>
          <w:tcPr>
            <w:tcW w:type="dxa" w:w="6576"/>
            <w:vAlign w:val="center"/>
            <w:shd w:fill="1D1B1C"/>
          </w:tcPr>
          <w:p>
            <w:pPr>
              <w:spacing w:after="80"/>
            </w:pPr>
            <w:r>
              <w:rPr>
                <w:b/>
                <w:color w:val="FFFFFF"/>
                <w:sz w:val="18"/>
              </w:rPr>
              <w:t>Jawaban Anda</w:t>
            </w:r>
          </w:p>
        </w:tc>
      </w:tr>
      <w:tr>
        <w:trPr>
          <w:cantSplit/>
        </w:trPr>
        <w:tc>
          <w:tcPr>
            <w:tcW w:type="dxa" w:w="3402"/>
            <w:vAlign w:val="center"/>
          </w:tcPr>
          <w:p>
            <w:pPr>
              <w:spacing w:after="80"/>
            </w:pPr>
            <w:r>
              <w:rPr>
                <w:sz w:val="18"/>
              </w:rPr>
              <w:t>Masalah dan segmen pelanggan utama</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Produk / layanan dan pembeda yang dapat dibuktikan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Bukti permintaan yang sudah tersedia</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Cara memperoleh pendapatan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Permintaan dana / bentuk kerja sama dan tujuannya</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Milestone yang hendak dicapai dan batas waktunya</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Risiko utama dan cara mengendalikannya</w:t>
            </w:r>
          </w:p>
        </w:tc>
        <w:tc>
          <w:tcPr>
            <w:tcW w:type="dxa" w:w="6576"/>
            <w:vAlign w:val="center"/>
          </w:tcPr>
          <w:p>
            <w:pPr>
              <w:spacing w:after="80"/>
            </w:pPr>
            <w:r>
              <w:rPr>
                <w:sz w:val="18"/>
              </w:rPr>
              <w:t>____________________________</w:t>
            </w:r>
          </w:p>
        </w:tc>
      </w:tr>
    </w:tbl>
    <w:p/>
    <w:p>
      <w:pPr>
        <w:pStyle w:val="Heading1"/>
      </w:pPr>
      <w:r>
        <w:t>3. Masalah pelanggan dan penawaran</w:t>
      </w:r>
    </w:p>
    <w:p>
      <w:r>
        <w:t>Pilih segmen yang spesifik. Bedakan keluhan hasil wawancara dari tafsiran Anda. Jelaskan alternatif yang sekarang digunakan pelanggan dan alasan mereka mungkin berpindah.</w:t>
      </w:r>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2381"/>
            <w:vAlign w:val="center"/>
            <w:shd w:fill="1D1B1C"/>
          </w:tcPr>
          <w:p>
            <w:pPr>
              <w:spacing w:after="80"/>
            </w:pPr>
            <w:r>
              <w:rPr>
                <w:b/>
                <w:color w:val="FFFFFF"/>
                <w:sz w:val="18"/>
              </w:rPr>
              <w:t>Segmen / kebutuhan</w:t>
            </w:r>
          </w:p>
        </w:tc>
        <w:tc>
          <w:tcPr>
            <w:tcW w:type="dxa" w:w="2835"/>
            <w:vAlign w:val="center"/>
            <w:shd w:fill="1D1B1C"/>
          </w:tcPr>
          <w:p>
            <w:pPr>
              <w:spacing w:after="80"/>
            </w:pPr>
            <w:r>
              <w:rPr>
                <w:b/>
                <w:color w:val="FFFFFF"/>
                <w:sz w:val="18"/>
              </w:rPr>
              <w:t>Bukti masalah + sumber / tanggal</w:t>
            </w:r>
          </w:p>
        </w:tc>
        <w:tc>
          <w:tcPr>
            <w:tcW w:type="dxa" w:w="3288"/>
            <w:vAlign w:val="center"/>
            <w:shd w:fill="1D1B1C"/>
          </w:tcPr>
          <w:p>
            <w:pPr>
              <w:spacing w:after="80"/>
            </w:pPr>
            <w:r>
              <w:rPr>
                <w:b/>
                <w:color w:val="FFFFFF"/>
                <w:sz w:val="18"/>
              </w:rPr>
              <w:t>Penawaran + manfaat terukur</w:t>
            </w:r>
          </w:p>
        </w:tc>
        <w:tc>
          <w:tcPr>
            <w:tcW w:type="dxa" w:w="1474"/>
            <w:vAlign w:val="center"/>
            <w:shd w:fill="1D1B1C"/>
          </w:tcPr>
          <w:p>
            <w:pPr>
              <w:spacing w:after="80"/>
            </w:pPr>
            <w:r>
              <w:rPr>
                <w:b/>
                <w:color w:val="FFFFFF"/>
                <w:sz w:val="18"/>
              </w:rPr>
              <w:t>Fakta / hipotesis</w:t>
            </w:r>
          </w:p>
        </w:tc>
      </w:tr>
      <w:tr>
        <w:trPr>
          <w:cantSplit/>
        </w:trPr>
        <w:tc>
          <w:tcPr>
            <w:tcW w:type="dxa" w:w="2381"/>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3288"/>
            <w:vAlign w:val="center"/>
          </w:tcPr>
          <w:p>
            <w:pPr>
              <w:spacing w:after="80"/>
            </w:pPr>
            <w:r>
              <w:rPr>
                <w:sz w:val="18"/>
              </w:rPr>
              <w:t>____________________________</w:t>
            </w:r>
          </w:p>
        </w:tc>
        <w:tc>
          <w:tcPr>
            <w:tcW w:type="dxa" w:w="1474"/>
            <w:vAlign w:val="center"/>
          </w:tcPr>
          <w:p>
            <w:pPr>
              <w:spacing w:after="80"/>
            </w:pPr>
            <w:r>
              <w:rPr>
                <w:sz w:val="18"/>
              </w:rPr>
              <w:t>____________________________</w:t>
            </w:r>
          </w:p>
        </w:tc>
      </w:tr>
      <w:tr>
        <w:trPr>
          <w:cantSplit/>
        </w:trPr>
        <w:tc>
          <w:tcPr>
            <w:tcW w:type="dxa" w:w="2381"/>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3288"/>
            <w:vAlign w:val="center"/>
          </w:tcPr>
          <w:p>
            <w:pPr>
              <w:spacing w:after="80"/>
            </w:pPr>
            <w:r>
              <w:rPr>
                <w:sz w:val="18"/>
              </w:rPr>
              <w:t>____________________________</w:t>
            </w:r>
          </w:p>
        </w:tc>
        <w:tc>
          <w:tcPr>
            <w:tcW w:type="dxa" w:w="1474"/>
            <w:vAlign w:val="center"/>
          </w:tcPr>
          <w:p>
            <w:pPr>
              <w:spacing w:after="80"/>
            </w:pPr>
            <w:r>
              <w:rPr>
                <w:sz w:val="18"/>
              </w:rPr>
              <w:t>____________________________</w:t>
            </w:r>
          </w:p>
        </w:tc>
      </w:tr>
      <w:tr>
        <w:trPr>
          <w:cantSplit/>
        </w:trPr>
        <w:tc>
          <w:tcPr>
            <w:tcW w:type="dxa" w:w="2381"/>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3288"/>
            <w:vAlign w:val="center"/>
          </w:tcPr>
          <w:p>
            <w:pPr>
              <w:spacing w:after="80"/>
            </w:pPr>
            <w:r>
              <w:rPr>
                <w:sz w:val="18"/>
              </w:rPr>
              <w:t>____________________________</w:t>
            </w:r>
          </w:p>
        </w:tc>
        <w:tc>
          <w:tcPr>
            <w:tcW w:type="dxa" w:w="1474"/>
            <w:vAlign w:val="center"/>
          </w:tcPr>
          <w:p>
            <w:pPr>
              <w:spacing w:after="80"/>
            </w:pPr>
            <w:r>
              <w:rPr>
                <w:sz w:val="18"/>
              </w:rPr>
              <w:t>____________________________</w:t>
            </w:r>
          </w:p>
        </w:tc>
      </w:tr>
    </w:tbl>
    <w:p/>
    <w:tbl>
      <w:tblPr>
        <w:tblStyle w:val="TableGrid"/>
        <w:tblW w:type="auto" w:w="0"/>
        <w:jc w:val="center"/>
        <w:tblLayout w:type="fixed"/>
        <w:tblLook w:firstColumn="1" w:firstRow="1" w:lastColumn="0" w:lastRow="0" w:noHBand="0" w:noVBand="1" w:val="04A0"/>
      </w:tblPr>
      <w:tblGrid>
        <w:gridCol w:w="4989"/>
        <w:gridCol w:w="4989"/>
      </w:tblGrid>
      <w:tr>
        <w:trPr>
          <w:cantSplit/>
          <w:tblHeader/>
        </w:trPr>
        <w:tc>
          <w:tcPr>
            <w:tcW w:type="dxa" w:w="3402"/>
            <w:vAlign w:val="center"/>
            <w:shd w:fill="1D1B1C"/>
          </w:tcPr>
          <w:p>
            <w:pPr>
              <w:spacing w:after="80"/>
            </w:pPr>
            <w:r>
              <w:rPr>
                <w:b/>
                <w:color w:val="FFFFFF"/>
                <w:sz w:val="18"/>
              </w:rPr>
              <w:t>Isian</w:t>
            </w:r>
          </w:p>
        </w:tc>
        <w:tc>
          <w:tcPr>
            <w:tcW w:type="dxa" w:w="6576"/>
            <w:vAlign w:val="center"/>
            <w:shd w:fill="1D1B1C"/>
          </w:tcPr>
          <w:p>
            <w:pPr>
              <w:spacing w:after="80"/>
            </w:pPr>
            <w:r>
              <w:rPr>
                <w:b/>
                <w:color w:val="FFFFFF"/>
                <w:sz w:val="18"/>
              </w:rPr>
              <w:t>Jawaban Anda</w:t>
            </w:r>
          </w:p>
        </w:tc>
      </w:tr>
      <w:tr>
        <w:trPr>
          <w:cantSplit/>
        </w:trPr>
        <w:tc>
          <w:tcPr>
            <w:tcW w:type="dxa" w:w="3402"/>
            <w:vAlign w:val="center"/>
          </w:tcPr>
          <w:p>
            <w:pPr>
              <w:spacing w:after="80"/>
            </w:pPr>
            <w:r>
              <w:rPr>
                <w:sz w:val="18"/>
              </w:rPr>
              <w:t>Deskripsi produk / layanan dan batas cakupan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Harga / paket, satuan, dan syarat pembayaran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Bukti kualitas / uji produk yang tersedia</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Hal yang masih perlu diuji sebelum peluncuran</w:t>
            </w:r>
          </w:p>
        </w:tc>
        <w:tc>
          <w:tcPr>
            <w:tcW w:type="dxa" w:w="6576"/>
            <w:vAlign w:val="center"/>
          </w:tcPr>
          <w:p>
            <w:pPr>
              <w:spacing w:after="80"/>
            </w:pPr>
            <w:r>
              <w:rPr>
                <w:sz w:val="18"/>
              </w:rPr>
              <w:t>____________________________</w:t>
            </w:r>
          </w:p>
        </w:tc>
      </w:tr>
    </w:tbl>
    <w:p/>
    <w:p>
      <w:r>
        <w:br w:type="page"/>
      </w:r>
    </w:p>
    <w:p>
      <w:pPr>
        <w:pStyle w:val="Heading1"/>
      </w:pPr>
      <w:r>
        <w:t>4. Bukti pasar dan strategi penjualan</w:t>
      </w:r>
    </w:p>
    <w:p>
      <w:r>
        <w:t>Gunakan catatan transaksi, uji jual, wawancara, survei dengan metode jelas, dan sumber sekunder yang relevan. Cantumkan periode, wilayah, sampel, serta keterbatasan. Jangan memakai data nasional sebagai bukti permintaan di lokasi tertentu.</w:t>
      </w:r>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2438"/>
            <w:vAlign w:val="center"/>
            <w:shd w:fill="1D1B1C"/>
          </w:tcPr>
          <w:p>
            <w:pPr>
              <w:spacing w:after="80"/>
            </w:pPr>
            <w:r>
              <w:rPr>
                <w:b/>
                <w:color w:val="FFFFFF"/>
                <w:sz w:val="18"/>
              </w:rPr>
              <w:t>Klaim pasar / kebutuhan</w:t>
            </w:r>
          </w:p>
        </w:tc>
        <w:tc>
          <w:tcPr>
            <w:tcW w:type="dxa" w:w="2948"/>
            <w:vAlign w:val="center"/>
            <w:shd w:fill="1D1B1C"/>
          </w:tcPr>
          <w:p>
            <w:pPr>
              <w:spacing w:after="80"/>
            </w:pPr>
            <w:r>
              <w:rPr>
                <w:b/>
                <w:color w:val="FFFFFF"/>
                <w:sz w:val="18"/>
              </w:rPr>
              <w:t>Sumber, metode, tanggal</w:t>
            </w:r>
          </w:p>
        </w:tc>
        <w:tc>
          <w:tcPr>
            <w:tcW w:type="dxa" w:w="2948"/>
            <w:vAlign w:val="center"/>
            <w:shd w:fill="1D1B1C"/>
          </w:tcPr>
          <w:p>
            <w:pPr>
              <w:spacing w:after="80"/>
            </w:pPr>
            <w:r>
              <w:rPr>
                <w:b/>
                <w:color w:val="FFFFFF"/>
                <w:sz w:val="18"/>
              </w:rPr>
              <w:t>Temuan dan keterbatasan</w:t>
            </w:r>
          </w:p>
        </w:tc>
        <w:tc>
          <w:tcPr>
            <w:tcW w:type="dxa" w:w="1644"/>
            <w:vAlign w:val="center"/>
            <w:shd w:fill="1D1B1C"/>
          </w:tcPr>
          <w:p>
            <w:pPr>
              <w:spacing w:after="80"/>
            </w:pPr>
            <w:r>
              <w:rPr>
                <w:b/>
                <w:color w:val="FFFFFF"/>
                <w:sz w:val="18"/>
              </w:rPr>
              <w:t>Tindak lanjut</w:t>
            </w:r>
          </w:p>
        </w:tc>
      </w:tr>
      <w:tr>
        <w:trPr>
          <w:cantSplit/>
        </w:trPr>
        <w:tc>
          <w:tcPr>
            <w:tcW w:type="dxa" w:w="2438"/>
            <w:vAlign w:val="center"/>
          </w:tcPr>
          <w:p>
            <w:pPr>
              <w:spacing w:after="80"/>
            </w:pPr>
            <w:r>
              <w:rPr>
                <w:sz w:val="18"/>
              </w:rPr>
              <w:t>____________________________</w:t>
            </w:r>
          </w:p>
        </w:tc>
        <w:tc>
          <w:tcPr>
            <w:tcW w:type="dxa" w:w="2948"/>
            <w:vAlign w:val="center"/>
          </w:tcPr>
          <w:p>
            <w:pPr>
              <w:spacing w:after="80"/>
            </w:pPr>
            <w:r>
              <w:rPr>
                <w:sz w:val="18"/>
              </w:rPr>
              <w:t>____________________________</w:t>
            </w:r>
          </w:p>
        </w:tc>
        <w:tc>
          <w:tcPr>
            <w:tcW w:type="dxa" w:w="2948"/>
            <w:vAlign w:val="center"/>
          </w:tcPr>
          <w:p>
            <w:pPr>
              <w:spacing w:after="80"/>
            </w:pPr>
            <w:r>
              <w:rPr>
                <w:sz w:val="18"/>
              </w:rPr>
              <w:t>____________________________</w:t>
            </w:r>
          </w:p>
        </w:tc>
        <w:tc>
          <w:tcPr>
            <w:tcW w:type="dxa" w:w="1644"/>
            <w:vAlign w:val="center"/>
          </w:tcPr>
          <w:p>
            <w:pPr>
              <w:spacing w:after="80"/>
            </w:pPr>
            <w:r>
              <w:rPr>
                <w:sz w:val="18"/>
              </w:rPr>
              <w:t>____________________________</w:t>
            </w:r>
          </w:p>
        </w:tc>
      </w:tr>
      <w:tr>
        <w:trPr>
          <w:cantSplit/>
        </w:trPr>
        <w:tc>
          <w:tcPr>
            <w:tcW w:type="dxa" w:w="2438"/>
            <w:vAlign w:val="center"/>
          </w:tcPr>
          <w:p>
            <w:pPr>
              <w:spacing w:after="80"/>
            </w:pPr>
            <w:r>
              <w:rPr>
                <w:sz w:val="18"/>
              </w:rPr>
              <w:t>____________________________</w:t>
            </w:r>
          </w:p>
        </w:tc>
        <w:tc>
          <w:tcPr>
            <w:tcW w:type="dxa" w:w="2948"/>
            <w:vAlign w:val="center"/>
          </w:tcPr>
          <w:p>
            <w:pPr>
              <w:spacing w:after="80"/>
            </w:pPr>
            <w:r>
              <w:rPr>
                <w:sz w:val="18"/>
              </w:rPr>
              <w:t>____________________________</w:t>
            </w:r>
          </w:p>
        </w:tc>
        <w:tc>
          <w:tcPr>
            <w:tcW w:type="dxa" w:w="2948"/>
            <w:vAlign w:val="center"/>
          </w:tcPr>
          <w:p>
            <w:pPr>
              <w:spacing w:after="80"/>
            </w:pPr>
            <w:r>
              <w:rPr>
                <w:sz w:val="18"/>
              </w:rPr>
              <w:t>____________________________</w:t>
            </w:r>
          </w:p>
        </w:tc>
        <w:tc>
          <w:tcPr>
            <w:tcW w:type="dxa" w:w="1644"/>
            <w:vAlign w:val="center"/>
          </w:tcPr>
          <w:p>
            <w:pPr>
              <w:spacing w:after="80"/>
            </w:pPr>
            <w:r>
              <w:rPr>
                <w:sz w:val="18"/>
              </w:rPr>
              <w:t>____________________________</w:t>
            </w:r>
          </w:p>
        </w:tc>
      </w:tr>
      <w:tr>
        <w:trPr>
          <w:cantSplit/>
        </w:trPr>
        <w:tc>
          <w:tcPr>
            <w:tcW w:type="dxa" w:w="2438"/>
            <w:vAlign w:val="center"/>
          </w:tcPr>
          <w:p>
            <w:pPr>
              <w:spacing w:after="80"/>
            </w:pPr>
            <w:r>
              <w:rPr>
                <w:sz w:val="18"/>
              </w:rPr>
              <w:t>____________________________</w:t>
            </w:r>
          </w:p>
        </w:tc>
        <w:tc>
          <w:tcPr>
            <w:tcW w:type="dxa" w:w="2948"/>
            <w:vAlign w:val="center"/>
          </w:tcPr>
          <w:p>
            <w:pPr>
              <w:spacing w:after="80"/>
            </w:pPr>
            <w:r>
              <w:rPr>
                <w:sz w:val="18"/>
              </w:rPr>
              <w:t>____________________________</w:t>
            </w:r>
          </w:p>
        </w:tc>
        <w:tc>
          <w:tcPr>
            <w:tcW w:type="dxa" w:w="2948"/>
            <w:vAlign w:val="center"/>
          </w:tcPr>
          <w:p>
            <w:pPr>
              <w:spacing w:after="80"/>
            </w:pPr>
            <w:r>
              <w:rPr>
                <w:sz w:val="18"/>
              </w:rPr>
              <w:t>____________________________</w:t>
            </w:r>
          </w:p>
        </w:tc>
        <w:tc>
          <w:tcPr>
            <w:tcW w:type="dxa" w:w="1644"/>
            <w:vAlign w:val="center"/>
          </w:tcPr>
          <w:p>
            <w:pPr>
              <w:spacing w:after="80"/>
            </w:pPr>
            <w:r>
              <w:rPr>
                <w:sz w:val="18"/>
              </w:rPr>
              <w:t>____________________________</w:t>
            </w:r>
          </w:p>
        </w:tc>
      </w:tr>
      <w:tr>
        <w:trPr>
          <w:cantSplit/>
        </w:trPr>
        <w:tc>
          <w:tcPr>
            <w:tcW w:type="dxa" w:w="2438"/>
            <w:vAlign w:val="center"/>
          </w:tcPr>
          <w:p>
            <w:pPr>
              <w:spacing w:after="80"/>
            </w:pPr>
            <w:r>
              <w:rPr>
                <w:sz w:val="18"/>
              </w:rPr>
              <w:t>____________________________</w:t>
            </w:r>
          </w:p>
        </w:tc>
        <w:tc>
          <w:tcPr>
            <w:tcW w:type="dxa" w:w="2948"/>
            <w:vAlign w:val="center"/>
          </w:tcPr>
          <w:p>
            <w:pPr>
              <w:spacing w:after="80"/>
            </w:pPr>
            <w:r>
              <w:rPr>
                <w:sz w:val="18"/>
              </w:rPr>
              <w:t>____________________________</w:t>
            </w:r>
          </w:p>
        </w:tc>
        <w:tc>
          <w:tcPr>
            <w:tcW w:type="dxa" w:w="2948"/>
            <w:vAlign w:val="center"/>
          </w:tcPr>
          <w:p>
            <w:pPr>
              <w:spacing w:after="80"/>
            </w:pPr>
            <w:r>
              <w:rPr>
                <w:sz w:val="18"/>
              </w:rPr>
              <w:t>____________________________</w:t>
            </w:r>
          </w:p>
        </w:tc>
        <w:tc>
          <w:tcPr>
            <w:tcW w:type="dxa" w:w="1644"/>
            <w:vAlign w:val="center"/>
          </w:tcPr>
          <w:p>
            <w:pPr>
              <w:spacing w:after="80"/>
            </w:pPr>
            <w:r>
              <w:rPr>
                <w:sz w:val="18"/>
              </w:rPr>
              <w:t>____________________________</w:t>
            </w:r>
          </w:p>
        </w:tc>
      </w:tr>
    </w:tbl>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2438"/>
            <w:vAlign w:val="center"/>
            <w:shd w:fill="1D1B1C"/>
          </w:tcPr>
          <w:p>
            <w:pPr>
              <w:spacing w:after="80"/>
            </w:pPr>
            <w:r>
              <w:rPr>
                <w:b/>
                <w:color w:val="FFFFFF"/>
                <w:sz w:val="18"/>
              </w:rPr>
              <w:t>Pesaing / alternatif</w:t>
            </w:r>
          </w:p>
        </w:tc>
        <w:tc>
          <w:tcPr>
            <w:tcW w:type="dxa" w:w="2494"/>
            <w:vAlign w:val="center"/>
            <w:shd w:fill="1D1B1C"/>
          </w:tcPr>
          <w:p>
            <w:pPr>
              <w:spacing w:after="80"/>
            </w:pPr>
            <w:r>
              <w:rPr>
                <w:b/>
                <w:color w:val="FFFFFF"/>
                <w:sz w:val="18"/>
              </w:rPr>
              <w:t>Harga / satuan + tanggal</w:t>
            </w:r>
          </w:p>
        </w:tc>
        <w:tc>
          <w:tcPr>
            <w:tcW w:type="dxa" w:w="2608"/>
            <w:vAlign w:val="center"/>
            <w:shd w:fill="1D1B1C"/>
          </w:tcPr>
          <w:p>
            <w:pPr>
              <w:spacing w:after="80"/>
            </w:pPr>
            <w:r>
              <w:rPr>
                <w:b/>
                <w:color w:val="FFFFFF"/>
                <w:sz w:val="18"/>
              </w:rPr>
              <w:t>Kelebihan / kelemahan</w:t>
            </w:r>
          </w:p>
        </w:tc>
        <w:tc>
          <w:tcPr>
            <w:tcW w:type="dxa" w:w="2438"/>
            <w:vAlign w:val="center"/>
            <w:shd w:fill="1D1B1C"/>
          </w:tcPr>
          <w:p>
            <w:pPr>
              <w:spacing w:after="80"/>
            </w:pPr>
            <w:r>
              <w:rPr>
                <w:b/>
                <w:color w:val="FFFFFF"/>
                <w:sz w:val="18"/>
              </w:rPr>
              <w:t>Pembeda yang diuji</w:t>
            </w:r>
          </w:p>
        </w:tc>
      </w:tr>
      <w:tr>
        <w:trPr>
          <w:cantSplit/>
        </w:trPr>
        <w:tc>
          <w:tcPr>
            <w:tcW w:type="dxa" w:w="2438"/>
            <w:vAlign w:val="center"/>
          </w:tcPr>
          <w:p>
            <w:pPr>
              <w:spacing w:after="80"/>
            </w:pPr>
            <w:r>
              <w:rPr>
                <w:sz w:val="18"/>
              </w:rPr>
              <w:t>____________________________</w:t>
            </w:r>
          </w:p>
        </w:tc>
        <w:tc>
          <w:tcPr>
            <w:tcW w:type="dxa" w:w="2494"/>
            <w:vAlign w:val="center"/>
          </w:tcPr>
          <w:p>
            <w:pPr>
              <w:spacing w:after="80"/>
            </w:pPr>
            <w:r>
              <w:rPr>
                <w:sz w:val="18"/>
              </w:rPr>
              <w:t>____________________________</w:t>
            </w:r>
          </w:p>
        </w:tc>
        <w:tc>
          <w:tcPr>
            <w:tcW w:type="dxa" w:w="2608"/>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438"/>
            <w:vAlign w:val="center"/>
          </w:tcPr>
          <w:p>
            <w:pPr>
              <w:spacing w:after="80"/>
            </w:pPr>
            <w:r>
              <w:rPr>
                <w:sz w:val="18"/>
              </w:rPr>
              <w:t>____________________________</w:t>
            </w:r>
          </w:p>
        </w:tc>
        <w:tc>
          <w:tcPr>
            <w:tcW w:type="dxa" w:w="2494"/>
            <w:vAlign w:val="center"/>
          </w:tcPr>
          <w:p>
            <w:pPr>
              <w:spacing w:after="80"/>
            </w:pPr>
            <w:r>
              <w:rPr>
                <w:sz w:val="18"/>
              </w:rPr>
              <w:t>____________________________</w:t>
            </w:r>
          </w:p>
        </w:tc>
        <w:tc>
          <w:tcPr>
            <w:tcW w:type="dxa" w:w="2608"/>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438"/>
            <w:vAlign w:val="center"/>
          </w:tcPr>
          <w:p>
            <w:pPr>
              <w:spacing w:after="80"/>
            </w:pPr>
            <w:r>
              <w:rPr>
                <w:sz w:val="18"/>
              </w:rPr>
              <w:t>____________________________</w:t>
            </w:r>
          </w:p>
        </w:tc>
        <w:tc>
          <w:tcPr>
            <w:tcW w:type="dxa" w:w="2494"/>
            <w:vAlign w:val="center"/>
          </w:tcPr>
          <w:p>
            <w:pPr>
              <w:spacing w:after="80"/>
            </w:pPr>
            <w:r>
              <w:rPr>
                <w:sz w:val="18"/>
              </w:rPr>
              <w:t>____________________________</w:t>
            </w:r>
          </w:p>
        </w:tc>
        <w:tc>
          <w:tcPr>
            <w:tcW w:type="dxa" w:w="2608"/>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bl>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2438"/>
            <w:vAlign w:val="center"/>
            <w:shd w:fill="1D1B1C"/>
          </w:tcPr>
          <w:p>
            <w:pPr>
              <w:spacing w:after="80"/>
            </w:pPr>
            <w:r>
              <w:rPr>
                <w:b/>
                <w:color w:val="FFFFFF"/>
                <w:sz w:val="18"/>
              </w:rPr>
              <w:t>Kanal penjualan</w:t>
            </w:r>
          </w:p>
        </w:tc>
        <w:tc>
          <w:tcPr>
            <w:tcW w:type="dxa" w:w="2494"/>
            <w:vAlign w:val="center"/>
            <w:shd w:fill="1D1B1C"/>
          </w:tcPr>
          <w:p>
            <w:pPr>
              <w:spacing w:after="80"/>
            </w:pPr>
            <w:r>
              <w:rPr>
                <w:b/>
                <w:color w:val="FFFFFF"/>
                <w:sz w:val="18"/>
              </w:rPr>
              <w:t>Biaya / aktivitas</w:t>
            </w:r>
          </w:p>
        </w:tc>
        <w:tc>
          <w:tcPr>
            <w:tcW w:type="dxa" w:w="2608"/>
            <w:vAlign w:val="center"/>
            <w:shd w:fill="1D1B1C"/>
          </w:tcPr>
          <w:p>
            <w:pPr>
              <w:spacing w:after="80"/>
            </w:pPr>
            <w:r>
              <w:rPr>
                <w:b/>
                <w:color w:val="FFFFFF"/>
                <w:sz w:val="18"/>
              </w:rPr>
              <w:t>Bukti respons / konversi</w:t>
            </w:r>
          </w:p>
        </w:tc>
        <w:tc>
          <w:tcPr>
            <w:tcW w:type="dxa" w:w="2438"/>
            <w:vAlign w:val="center"/>
            <w:shd w:fill="1D1B1C"/>
          </w:tcPr>
          <w:p>
            <w:pPr>
              <w:spacing w:after="80"/>
            </w:pPr>
            <w:r>
              <w:rPr>
                <w:b/>
                <w:color w:val="FFFFFF"/>
                <w:sz w:val="18"/>
              </w:rPr>
              <w:t>Penanggung jawab</w:t>
            </w:r>
          </w:p>
        </w:tc>
      </w:tr>
      <w:tr>
        <w:trPr>
          <w:cantSplit/>
        </w:trPr>
        <w:tc>
          <w:tcPr>
            <w:tcW w:type="dxa" w:w="2438"/>
            <w:vAlign w:val="center"/>
          </w:tcPr>
          <w:p>
            <w:pPr>
              <w:spacing w:after="80"/>
            </w:pPr>
            <w:r>
              <w:rPr>
                <w:sz w:val="18"/>
              </w:rPr>
              <w:t>____________________________</w:t>
            </w:r>
          </w:p>
        </w:tc>
        <w:tc>
          <w:tcPr>
            <w:tcW w:type="dxa" w:w="2494"/>
            <w:vAlign w:val="center"/>
          </w:tcPr>
          <w:p>
            <w:pPr>
              <w:spacing w:after="80"/>
            </w:pPr>
            <w:r>
              <w:rPr>
                <w:sz w:val="18"/>
              </w:rPr>
              <w:t>____________________________</w:t>
            </w:r>
          </w:p>
        </w:tc>
        <w:tc>
          <w:tcPr>
            <w:tcW w:type="dxa" w:w="2608"/>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438"/>
            <w:vAlign w:val="center"/>
          </w:tcPr>
          <w:p>
            <w:pPr>
              <w:spacing w:after="80"/>
            </w:pPr>
            <w:r>
              <w:rPr>
                <w:sz w:val="18"/>
              </w:rPr>
              <w:t>____________________________</w:t>
            </w:r>
          </w:p>
        </w:tc>
        <w:tc>
          <w:tcPr>
            <w:tcW w:type="dxa" w:w="2494"/>
            <w:vAlign w:val="center"/>
          </w:tcPr>
          <w:p>
            <w:pPr>
              <w:spacing w:after="80"/>
            </w:pPr>
            <w:r>
              <w:rPr>
                <w:sz w:val="18"/>
              </w:rPr>
              <w:t>____________________________</w:t>
            </w:r>
          </w:p>
        </w:tc>
        <w:tc>
          <w:tcPr>
            <w:tcW w:type="dxa" w:w="2608"/>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438"/>
            <w:vAlign w:val="center"/>
          </w:tcPr>
          <w:p>
            <w:pPr>
              <w:spacing w:after="80"/>
            </w:pPr>
            <w:r>
              <w:rPr>
                <w:sz w:val="18"/>
              </w:rPr>
              <w:t>____________________________</w:t>
            </w:r>
          </w:p>
        </w:tc>
        <w:tc>
          <w:tcPr>
            <w:tcW w:type="dxa" w:w="2494"/>
            <w:vAlign w:val="center"/>
          </w:tcPr>
          <w:p>
            <w:pPr>
              <w:spacing w:after="80"/>
            </w:pPr>
            <w:r>
              <w:rPr>
                <w:sz w:val="18"/>
              </w:rPr>
              <w:t>____________________________</w:t>
            </w:r>
          </w:p>
        </w:tc>
        <w:tc>
          <w:tcPr>
            <w:tcW w:type="dxa" w:w="2608"/>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bl>
    <w:p/>
    <w:p>
      <w:pPr>
        <w:pStyle w:val="Heading1"/>
      </w:pPr>
      <w:r>
        <w:t>5. Operasional dan kapasitas</w:t>
      </w:r>
    </w:p>
    <w:p>
      <w:r>
        <w:t>Jelaskan alur dari pesanan sampai pelayanan selesai, pemasok, standar mutu, kapasitas, waktu tunggu, dan batas pemenuhan pesanan.</w:t>
      </w:r>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2438"/>
            <w:vAlign w:val="center"/>
            <w:shd w:fill="1D1B1C"/>
          </w:tcPr>
          <w:p>
            <w:pPr>
              <w:spacing w:after="80"/>
            </w:pPr>
            <w:r>
              <w:rPr>
                <w:b/>
                <w:color w:val="FFFFFF"/>
                <w:sz w:val="18"/>
              </w:rPr>
              <w:t>Tahap / aktivitas</w:t>
            </w:r>
          </w:p>
        </w:tc>
        <w:tc>
          <w:tcPr>
            <w:tcW w:type="dxa" w:w="2494"/>
            <w:vAlign w:val="center"/>
            <w:shd w:fill="1D1B1C"/>
          </w:tcPr>
          <w:p>
            <w:pPr>
              <w:spacing w:after="80"/>
            </w:pPr>
            <w:r>
              <w:rPr>
                <w:b/>
                <w:color w:val="FFFFFF"/>
                <w:sz w:val="18"/>
              </w:rPr>
              <w:t>Peralatan / pemasok</w:t>
            </w:r>
          </w:p>
        </w:tc>
        <w:tc>
          <w:tcPr>
            <w:tcW w:type="dxa" w:w="2608"/>
            <w:vAlign w:val="center"/>
            <w:shd w:fill="1D1B1C"/>
          </w:tcPr>
          <w:p>
            <w:pPr>
              <w:spacing w:after="80"/>
            </w:pPr>
            <w:r>
              <w:rPr>
                <w:b/>
                <w:color w:val="FFFFFF"/>
                <w:sz w:val="18"/>
              </w:rPr>
              <w:t>Kapasitas / standar mutu</w:t>
            </w:r>
          </w:p>
        </w:tc>
        <w:tc>
          <w:tcPr>
            <w:tcW w:type="dxa" w:w="2438"/>
            <w:vAlign w:val="center"/>
            <w:shd w:fill="1D1B1C"/>
          </w:tcPr>
          <w:p>
            <w:pPr>
              <w:spacing w:after="80"/>
            </w:pPr>
            <w:r>
              <w:rPr>
                <w:b/>
                <w:color w:val="FFFFFF"/>
                <w:sz w:val="18"/>
              </w:rPr>
              <w:t>PIC / jadwal</w:t>
            </w:r>
          </w:p>
        </w:tc>
      </w:tr>
      <w:tr>
        <w:trPr>
          <w:cantSplit/>
        </w:trPr>
        <w:tc>
          <w:tcPr>
            <w:tcW w:type="dxa" w:w="2438"/>
            <w:vAlign w:val="center"/>
          </w:tcPr>
          <w:p>
            <w:pPr>
              <w:spacing w:after="80"/>
            </w:pPr>
            <w:r>
              <w:rPr>
                <w:sz w:val="18"/>
              </w:rPr>
              <w:t>____________________________</w:t>
            </w:r>
          </w:p>
        </w:tc>
        <w:tc>
          <w:tcPr>
            <w:tcW w:type="dxa" w:w="2494"/>
            <w:vAlign w:val="center"/>
          </w:tcPr>
          <w:p>
            <w:pPr>
              <w:spacing w:after="80"/>
            </w:pPr>
            <w:r>
              <w:rPr>
                <w:sz w:val="18"/>
              </w:rPr>
              <w:t>____________________________</w:t>
            </w:r>
          </w:p>
        </w:tc>
        <w:tc>
          <w:tcPr>
            <w:tcW w:type="dxa" w:w="2608"/>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438"/>
            <w:vAlign w:val="center"/>
          </w:tcPr>
          <w:p>
            <w:pPr>
              <w:spacing w:after="80"/>
            </w:pPr>
            <w:r>
              <w:rPr>
                <w:sz w:val="18"/>
              </w:rPr>
              <w:t>____________________________</w:t>
            </w:r>
          </w:p>
        </w:tc>
        <w:tc>
          <w:tcPr>
            <w:tcW w:type="dxa" w:w="2494"/>
            <w:vAlign w:val="center"/>
          </w:tcPr>
          <w:p>
            <w:pPr>
              <w:spacing w:after="80"/>
            </w:pPr>
            <w:r>
              <w:rPr>
                <w:sz w:val="18"/>
              </w:rPr>
              <w:t>____________________________</w:t>
            </w:r>
          </w:p>
        </w:tc>
        <w:tc>
          <w:tcPr>
            <w:tcW w:type="dxa" w:w="2608"/>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438"/>
            <w:vAlign w:val="center"/>
          </w:tcPr>
          <w:p>
            <w:pPr>
              <w:spacing w:after="80"/>
            </w:pPr>
            <w:r>
              <w:rPr>
                <w:sz w:val="18"/>
              </w:rPr>
              <w:t>____________________________</w:t>
            </w:r>
          </w:p>
        </w:tc>
        <w:tc>
          <w:tcPr>
            <w:tcW w:type="dxa" w:w="2494"/>
            <w:vAlign w:val="center"/>
          </w:tcPr>
          <w:p>
            <w:pPr>
              <w:spacing w:after="80"/>
            </w:pPr>
            <w:r>
              <w:rPr>
                <w:sz w:val="18"/>
              </w:rPr>
              <w:t>____________________________</w:t>
            </w:r>
          </w:p>
        </w:tc>
        <w:tc>
          <w:tcPr>
            <w:tcW w:type="dxa" w:w="2608"/>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438"/>
            <w:vAlign w:val="center"/>
          </w:tcPr>
          <w:p>
            <w:pPr>
              <w:spacing w:after="80"/>
            </w:pPr>
            <w:r>
              <w:rPr>
                <w:sz w:val="18"/>
              </w:rPr>
              <w:t>____________________________</w:t>
            </w:r>
          </w:p>
        </w:tc>
        <w:tc>
          <w:tcPr>
            <w:tcW w:type="dxa" w:w="2494"/>
            <w:vAlign w:val="center"/>
          </w:tcPr>
          <w:p>
            <w:pPr>
              <w:spacing w:after="80"/>
            </w:pPr>
            <w:r>
              <w:rPr>
                <w:sz w:val="18"/>
              </w:rPr>
              <w:t>____________________________</w:t>
            </w:r>
          </w:p>
        </w:tc>
        <w:tc>
          <w:tcPr>
            <w:tcW w:type="dxa" w:w="2608"/>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bl>
    <w:p/>
    <w:p>
      <w:r>
        <w:br w:type="page"/>
      </w:r>
    </w:p>
    <w:p>
      <w:pPr>
        <w:pStyle w:val="Heading1"/>
      </w:pPr>
      <w:r>
        <w:t>6. Tim dan tanggung jawab</w:t>
      </w:r>
    </w:p>
    <w:p>
      <w:r>
        <w:t>Tuliskan hanya pengalaman yang benar-benar dimiliki. Jelaskan peran yang belum terisi dan cara menutup kekurangannya. Tidak perlu menciptakan prestasi untuk meyakinkan penerima.</w:t>
      </w:r>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2154"/>
            <w:vAlign w:val="center"/>
            <w:shd w:fill="1D1B1C"/>
          </w:tcPr>
          <w:p>
            <w:pPr>
              <w:spacing w:after="80"/>
            </w:pPr>
            <w:r>
              <w:rPr>
                <w:b/>
                <w:color w:val="FFFFFF"/>
                <w:sz w:val="18"/>
              </w:rPr>
              <w:t>Nama / peran</w:t>
            </w:r>
          </w:p>
        </w:tc>
        <w:tc>
          <w:tcPr>
            <w:tcW w:type="dxa" w:w="2551"/>
            <w:vAlign w:val="center"/>
            <w:shd w:fill="1D1B1C"/>
          </w:tcPr>
          <w:p>
            <w:pPr>
              <w:spacing w:after="80"/>
            </w:pPr>
            <w:r>
              <w:rPr>
                <w:b/>
                <w:color w:val="FFFFFF"/>
                <w:sz w:val="18"/>
              </w:rPr>
              <w:t>Tanggung jawab</w:t>
            </w:r>
          </w:p>
        </w:tc>
        <w:tc>
          <w:tcPr>
            <w:tcW w:type="dxa" w:w="3118"/>
            <w:vAlign w:val="center"/>
            <w:shd w:fill="1D1B1C"/>
          </w:tcPr>
          <w:p>
            <w:pPr>
              <w:spacing w:after="80"/>
            </w:pPr>
            <w:r>
              <w:rPr>
                <w:b/>
                <w:color w:val="FFFFFF"/>
                <w:sz w:val="18"/>
              </w:rPr>
              <w:t>Kompetensi + bukti pengalaman</w:t>
            </w:r>
          </w:p>
        </w:tc>
        <w:tc>
          <w:tcPr>
            <w:tcW w:type="dxa" w:w="2154"/>
            <w:vAlign w:val="center"/>
            <w:shd w:fill="1D1B1C"/>
          </w:tcPr>
          <w:p>
            <w:pPr>
              <w:spacing w:after="80"/>
            </w:pPr>
            <w:r>
              <w:rPr>
                <w:b/>
                <w:color w:val="FFFFFF"/>
                <w:sz w:val="18"/>
              </w:rPr>
              <w:t>Kebutuhan tambahan</w:t>
            </w:r>
          </w:p>
        </w:tc>
      </w:tr>
      <w:tr>
        <w:trPr>
          <w:cantSplit/>
        </w:trPr>
        <w:tc>
          <w:tcPr>
            <w:tcW w:type="dxa" w:w="2154"/>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3118"/>
            <w:vAlign w:val="center"/>
          </w:tcPr>
          <w:p>
            <w:pPr>
              <w:spacing w:after="80"/>
            </w:pPr>
            <w:r>
              <w:rPr>
                <w:sz w:val="18"/>
              </w:rPr>
              <w:t>____________________________</w:t>
            </w:r>
          </w:p>
        </w:tc>
        <w:tc>
          <w:tcPr>
            <w:tcW w:type="dxa" w:w="2154"/>
            <w:vAlign w:val="center"/>
          </w:tcPr>
          <w:p>
            <w:pPr>
              <w:spacing w:after="80"/>
            </w:pPr>
            <w:r>
              <w:rPr>
                <w:sz w:val="18"/>
              </w:rPr>
              <w:t>____________________________</w:t>
            </w:r>
          </w:p>
        </w:tc>
      </w:tr>
      <w:tr>
        <w:trPr>
          <w:cantSplit/>
        </w:trPr>
        <w:tc>
          <w:tcPr>
            <w:tcW w:type="dxa" w:w="2154"/>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3118"/>
            <w:vAlign w:val="center"/>
          </w:tcPr>
          <w:p>
            <w:pPr>
              <w:spacing w:after="80"/>
            </w:pPr>
            <w:r>
              <w:rPr>
                <w:sz w:val="18"/>
              </w:rPr>
              <w:t>____________________________</w:t>
            </w:r>
          </w:p>
        </w:tc>
        <w:tc>
          <w:tcPr>
            <w:tcW w:type="dxa" w:w="2154"/>
            <w:vAlign w:val="center"/>
          </w:tcPr>
          <w:p>
            <w:pPr>
              <w:spacing w:after="80"/>
            </w:pPr>
            <w:r>
              <w:rPr>
                <w:sz w:val="18"/>
              </w:rPr>
              <w:t>____________________________</w:t>
            </w:r>
          </w:p>
        </w:tc>
      </w:tr>
      <w:tr>
        <w:trPr>
          <w:cantSplit/>
        </w:trPr>
        <w:tc>
          <w:tcPr>
            <w:tcW w:type="dxa" w:w="2154"/>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3118"/>
            <w:vAlign w:val="center"/>
          </w:tcPr>
          <w:p>
            <w:pPr>
              <w:spacing w:after="80"/>
            </w:pPr>
            <w:r>
              <w:rPr>
                <w:sz w:val="18"/>
              </w:rPr>
              <w:t>____________________________</w:t>
            </w:r>
          </w:p>
        </w:tc>
        <w:tc>
          <w:tcPr>
            <w:tcW w:type="dxa" w:w="2154"/>
            <w:vAlign w:val="center"/>
          </w:tcPr>
          <w:p>
            <w:pPr>
              <w:spacing w:after="80"/>
            </w:pPr>
            <w:r>
              <w:rPr>
                <w:sz w:val="18"/>
              </w:rPr>
              <w:t>____________________________</w:t>
            </w:r>
          </w:p>
        </w:tc>
      </w:tr>
    </w:tbl>
    <w:p/>
    <w:p>
      <w:pPr>
        <w:pStyle w:val="Heading1"/>
      </w:pPr>
      <w:r>
        <w:t>7. Asumsi keuangan dan kebutuhan investasi</w:t>
      </w:r>
    </w:p>
    <w:p>
      <w:r>
        <w:t>Pisahkan proyeksi dari realisasi. Tulis sumber harga, tanggal penawaran, dan basis volume. Jangan menyebut laba bersih jika pajak, bunga, atau penyusutan belum dimasukkan.</w:t>
      </w:r>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2721"/>
            <w:vAlign w:val="center"/>
            <w:shd w:fill="1D1B1C"/>
          </w:tcPr>
          <w:p>
            <w:pPr>
              <w:spacing w:after="80"/>
            </w:pPr>
            <w:r>
              <w:rPr>
                <w:b/>
                <w:color w:val="FFFFFF"/>
                <w:sz w:val="18"/>
              </w:rPr>
              <w:t>Asumsi</w:t>
            </w:r>
          </w:p>
        </w:tc>
        <w:tc>
          <w:tcPr>
            <w:tcW w:type="dxa" w:w="2494"/>
            <w:vAlign w:val="center"/>
            <w:shd w:fill="1D1B1C"/>
          </w:tcPr>
          <w:p>
            <w:pPr>
              <w:spacing w:after="80"/>
            </w:pPr>
            <w:r>
              <w:rPr>
                <w:b/>
                <w:color w:val="FFFFFF"/>
                <w:sz w:val="18"/>
              </w:rPr>
              <w:t>Nilai + satuan / periode</w:t>
            </w:r>
          </w:p>
        </w:tc>
        <w:tc>
          <w:tcPr>
            <w:tcW w:type="dxa" w:w="3005"/>
            <w:vAlign w:val="center"/>
            <w:shd w:fill="1D1B1C"/>
          </w:tcPr>
          <w:p>
            <w:pPr>
              <w:spacing w:after="80"/>
            </w:pPr>
            <w:r>
              <w:rPr>
                <w:b/>
                <w:color w:val="FFFFFF"/>
                <w:sz w:val="18"/>
              </w:rPr>
              <w:t>Dasar / sumber + tanggal</w:t>
            </w:r>
          </w:p>
        </w:tc>
        <w:tc>
          <w:tcPr>
            <w:tcW w:type="dxa" w:w="1757"/>
            <w:vAlign w:val="center"/>
            <w:shd w:fill="1D1B1C"/>
          </w:tcPr>
          <w:p>
            <w:pPr>
              <w:spacing w:after="80"/>
            </w:pPr>
            <w:r>
              <w:rPr>
                <w:b/>
                <w:color w:val="FFFFFF"/>
                <w:sz w:val="18"/>
              </w:rPr>
              <w:t>Fakta / hipotesis</w:t>
            </w:r>
          </w:p>
        </w:tc>
      </w:tr>
      <w:tr>
        <w:trPr>
          <w:cantSplit/>
        </w:trPr>
        <w:tc>
          <w:tcPr>
            <w:tcW w:type="dxa" w:w="2721"/>
            <w:vAlign w:val="center"/>
          </w:tcPr>
          <w:p>
            <w:pPr>
              <w:spacing w:after="80"/>
            </w:pPr>
            <w:r>
              <w:rPr>
                <w:sz w:val="18"/>
              </w:rPr>
              <w:t>Harga jual per unit</w:t>
            </w:r>
          </w:p>
        </w:tc>
        <w:tc>
          <w:tcPr>
            <w:tcW w:type="dxa" w:w="2494"/>
            <w:vAlign w:val="center"/>
          </w:tcPr>
          <w:p>
            <w:pPr>
              <w:spacing w:after="80"/>
            </w:pPr>
            <w:r>
              <w:rPr>
                <w:sz w:val="18"/>
              </w:rPr>
              <w:t>____________________________</w:t>
            </w:r>
          </w:p>
        </w:tc>
        <w:tc>
          <w:tcPr>
            <w:tcW w:type="dxa" w:w="3005"/>
            <w:vAlign w:val="center"/>
          </w:tcPr>
          <w:p>
            <w:pPr>
              <w:spacing w:after="80"/>
            </w:pPr>
            <w:r>
              <w:rPr>
                <w:sz w:val="18"/>
              </w:rPr>
              <w:t>____________________________</w:t>
            </w:r>
          </w:p>
        </w:tc>
        <w:tc>
          <w:tcPr>
            <w:tcW w:type="dxa" w:w="1757"/>
            <w:vAlign w:val="center"/>
          </w:tcPr>
          <w:p>
            <w:pPr>
              <w:spacing w:after="80"/>
            </w:pPr>
            <w:r>
              <w:rPr>
                <w:sz w:val="18"/>
              </w:rPr>
              <w:t>____________________________</w:t>
            </w:r>
          </w:p>
        </w:tc>
      </w:tr>
      <w:tr>
        <w:trPr>
          <w:cantSplit/>
        </w:trPr>
        <w:tc>
          <w:tcPr>
            <w:tcW w:type="dxa" w:w="2721"/>
            <w:vAlign w:val="center"/>
          </w:tcPr>
          <w:p>
            <w:pPr>
              <w:spacing w:after="80"/>
            </w:pPr>
            <w:r>
              <w:rPr>
                <w:sz w:val="18"/>
              </w:rPr>
              <w:t>Volume jual per bulan</w:t>
            </w:r>
          </w:p>
        </w:tc>
        <w:tc>
          <w:tcPr>
            <w:tcW w:type="dxa" w:w="2494"/>
            <w:vAlign w:val="center"/>
          </w:tcPr>
          <w:p>
            <w:pPr>
              <w:spacing w:after="80"/>
            </w:pPr>
            <w:r>
              <w:rPr>
                <w:sz w:val="18"/>
              </w:rPr>
              <w:t>____________________________</w:t>
            </w:r>
          </w:p>
        </w:tc>
        <w:tc>
          <w:tcPr>
            <w:tcW w:type="dxa" w:w="3005"/>
            <w:vAlign w:val="center"/>
          </w:tcPr>
          <w:p>
            <w:pPr>
              <w:spacing w:after="80"/>
            </w:pPr>
            <w:r>
              <w:rPr>
                <w:sz w:val="18"/>
              </w:rPr>
              <w:t>____________________________</w:t>
            </w:r>
          </w:p>
        </w:tc>
        <w:tc>
          <w:tcPr>
            <w:tcW w:type="dxa" w:w="1757"/>
            <w:vAlign w:val="center"/>
          </w:tcPr>
          <w:p>
            <w:pPr>
              <w:spacing w:after="80"/>
            </w:pPr>
            <w:r>
              <w:rPr>
                <w:sz w:val="18"/>
              </w:rPr>
              <w:t>____________________________</w:t>
            </w:r>
          </w:p>
        </w:tc>
      </w:tr>
      <w:tr>
        <w:trPr>
          <w:cantSplit/>
        </w:trPr>
        <w:tc>
          <w:tcPr>
            <w:tcW w:type="dxa" w:w="2721"/>
            <w:vAlign w:val="center"/>
          </w:tcPr>
          <w:p>
            <w:pPr>
              <w:spacing w:after="80"/>
            </w:pPr>
            <w:r>
              <w:rPr>
                <w:sz w:val="18"/>
              </w:rPr>
              <w:t>Biaya variabel per unit</w:t>
            </w:r>
          </w:p>
        </w:tc>
        <w:tc>
          <w:tcPr>
            <w:tcW w:type="dxa" w:w="2494"/>
            <w:vAlign w:val="center"/>
          </w:tcPr>
          <w:p>
            <w:pPr>
              <w:spacing w:after="80"/>
            </w:pPr>
            <w:r>
              <w:rPr>
                <w:sz w:val="18"/>
              </w:rPr>
              <w:t>____________________________</w:t>
            </w:r>
          </w:p>
        </w:tc>
        <w:tc>
          <w:tcPr>
            <w:tcW w:type="dxa" w:w="3005"/>
            <w:vAlign w:val="center"/>
          </w:tcPr>
          <w:p>
            <w:pPr>
              <w:spacing w:after="80"/>
            </w:pPr>
            <w:r>
              <w:rPr>
                <w:sz w:val="18"/>
              </w:rPr>
              <w:t>____________________________</w:t>
            </w:r>
          </w:p>
        </w:tc>
        <w:tc>
          <w:tcPr>
            <w:tcW w:type="dxa" w:w="1757"/>
            <w:vAlign w:val="center"/>
          </w:tcPr>
          <w:p>
            <w:pPr>
              <w:spacing w:after="80"/>
            </w:pPr>
            <w:r>
              <w:rPr>
                <w:sz w:val="18"/>
              </w:rPr>
              <w:t>____________________________</w:t>
            </w:r>
          </w:p>
        </w:tc>
      </w:tr>
      <w:tr>
        <w:trPr>
          <w:cantSplit/>
        </w:trPr>
        <w:tc>
          <w:tcPr>
            <w:tcW w:type="dxa" w:w="2721"/>
            <w:vAlign w:val="center"/>
          </w:tcPr>
          <w:p>
            <w:pPr>
              <w:spacing w:after="80"/>
            </w:pPr>
            <w:r>
              <w:rPr>
                <w:sz w:val="18"/>
              </w:rPr>
              <w:t>Biaya tetap per bulan</w:t>
            </w:r>
          </w:p>
        </w:tc>
        <w:tc>
          <w:tcPr>
            <w:tcW w:type="dxa" w:w="2494"/>
            <w:vAlign w:val="center"/>
          </w:tcPr>
          <w:p>
            <w:pPr>
              <w:spacing w:after="80"/>
            </w:pPr>
            <w:r>
              <w:rPr>
                <w:sz w:val="18"/>
              </w:rPr>
              <w:t>____________________________</w:t>
            </w:r>
          </w:p>
        </w:tc>
        <w:tc>
          <w:tcPr>
            <w:tcW w:type="dxa" w:w="3005"/>
            <w:vAlign w:val="center"/>
          </w:tcPr>
          <w:p>
            <w:pPr>
              <w:spacing w:after="80"/>
            </w:pPr>
            <w:r>
              <w:rPr>
                <w:sz w:val="18"/>
              </w:rPr>
              <w:t>____________________________</w:t>
            </w:r>
          </w:p>
        </w:tc>
        <w:tc>
          <w:tcPr>
            <w:tcW w:type="dxa" w:w="1757"/>
            <w:vAlign w:val="center"/>
          </w:tcPr>
          <w:p>
            <w:pPr>
              <w:spacing w:after="80"/>
            </w:pPr>
            <w:r>
              <w:rPr>
                <w:sz w:val="18"/>
              </w:rPr>
              <w:t>____________________________</w:t>
            </w:r>
          </w:p>
        </w:tc>
      </w:tr>
      <w:tr>
        <w:trPr>
          <w:cantSplit/>
        </w:trPr>
        <w:tc>
          <w:tcPr>
            <w:tcW w:type="dxa" w:w="2721"/>
            <w:vAlign w:val="center"/>
          </w:tcPr>
          <w:p>
            <w:pPr>
              <w:spacing w:after="80"/>
            </w:pPr>
            <w:r>
              <w:rPr>
                <w:sz w:val="18"/>
              </w:rPr>
              <w:t>Waktu tagih pelanggan / bayar pemasok</w:t>
            </w:r>
          </w:p>
        </w:tc>
        <w:tc>
          <w:tcPr>
            <w:tcW w:type="dxa" w:w="2494"/>
            <w:vAlign w:val="center"/>
          </w:tcPr>
          <w:p>
            <w:pPr>
              <w:spacing w:after="80"/>
            </w:pPr>
            <w:r>
              <w:rPr>
                <w:sz w:val="18"/>
              </w:rPr>
              <w:t>____________________________</w:t>
            </w:r>
          </w:p>
        </w:tc>
        <w:tc>
          <w:tcPr>
            <w:tcW w:type="dxa" w:w="3005"/>
            <w:vAlign w:val="center"/>
          </w:tcPr>
          <w:p>
            <w:pPr>
              <w:spacing w:after="80"/>
            </w:pPr>
            <w:r>
              <w:rPr>
                <w:sz w:val="18"/>
              </w:rPr>
              <w:t>____________________________</w:t>
            </w:r>
          </w:p>
        </w:tc>
        <w:tc>
          <w:tcPr>
            <w:tcW w:type="dxa" w:w="1757"/>
            <w:vAlign w:val="center"/>
          </w:tcPr>
          <w:p>
            <w:pPr>
              <w:spacing w:after="80"/>
            </w:pPr>
            <w:r>
              <w:rPr>
                <w:sz w:val="18"/>
              </w:rPr>
              <w:t>____________________________</w:t>
            </w:r>
          </w:p>
        </w:tc>
      </w:tr>
      <w:tr>
        <w:trPr>
          <w:cantSplit/>
        </w:trPr>
        <w:tc>
          <w:tcPr>
            <w:tcW w:type="dxa" w:w="2721"/>
            <w:vAlign w:val="center"/>
          </w:tcPr>
          <w:p>
            <w:pPr>
              <w:spacing w:after="80"/>
            </w:pPr>
            <w:r>
              <w:rPr>
                <w:sz w:val="18"/>
              </w:rPr>
              <w:t>Pajak, bunga, dan penyusutan</w:t>
            </w:r>
          </w:p>
        </w:tc>
        <w:tc>
          <w:tcPr>
            <w:tcW w:type="dxa" w:w="2494"/>
            <w:vAlign w:val="center"/>
          </w:tcPr>
          <w:p>
            <w:pPr>
              <w:spacing w:after="80"/>
            </w:pPr>
            <w:r>
              <w:rPr>
                <w:sz w:val="18"/>
              </w:rPr>
              <w:t>____________________________</w:t>
            </w:r>
          </w:p>
        </w:tc>
        <w:tc>
          <w:tcPr>
            <w:tcW w:type="dxa" w:w="3005"/>
            <w:vAlign w:val="center"/>
          </w:tcPr>
          <w:p>
            <w:pPr>
              <w:spacing w:after="80"/>
            </w:pPr>
            <w:r>
              <w:rPr>
                <w:sz w:val="18"/>
              </w:rPr>
              <w:t>____________________________</w:t>
            </w:r>
          </w:p>
        </w:tc>
        <w:tc>
          <w:tcPr>
            <w:tcW w:type="dxa" w:w="1757"/>
            <w:vAlign w:val="center"/>
          </w:tcPr>
          <w:p>
            <w:pPr>
              <w:spacing w:after="80"/>
            </w:pPr>
            <w:r>
              <w:rPr>
                <w:sz w:val="18"/>
              </w:rPr>
              <w:t>____________________________</w:t>
            </w:r>
          </w:p>
        </w:tc>
      </w:tr>
      <w:tr>
        <w:trPr>
          <w:cantSplit/>
        </w:trPr>
        <w:tc>
          <w:tcPr>
            <w:tcW w:type="dxa" w:w="2721"/>
            <w:vAlign w:val="center"/>
          </w:tcPr>
          <w:p>
            <w:pPr>
              <w:spacing w:after="80"/>
            </w:pPr>
            <w:r>
              <w:rPr>
                <w:sz w:val="18"/>
              </w:rPr>
              <w:t>Kapasitas maksimum / utilisasi</w:t>
            </w:r>
          </w:p>
        </w:tc>
        <w:tc>
          <w:tcPr>
            <w:tcW w:type="dxa" w:w="2494"/>
            <w:vAlign w:val="center"/>
          </w:tcPr>
          <w:p>
            <w:pPr>
              <w:spacing w:after="80"/>
            </w:pPr>
            <w:r>
              <w:rPr>
                <w:sz w:val="18"/>
              </w:rPr>
              <w:t>____________________________</w:t>
            </w:r>
          </w:p>
        </w:tc>
        <w:tc>
          <w:tcPr>
            <w:tcW w:type="dxa" w:w="3005"/>
            <w:vAlign w:val="center"/>
          </w:tcPr>
          <w:p>
            <w:pPr>
              <w:spacing w:after="80"/>
            </w:pPr>
            <w:r>
              <w:rPr>
                <w:sz w:val="18"/>
              </w:rPr>
              <w:t>____________________________</w:t>
            </w:r>
          </w:p>
        </w:tc>
        <w:tc>
          <w:tcPr>
            <w:tcW w:type="dxa" w:w="1757"/>
            <w:vAlign w:val="center"/>
          </w:tcPr>
          <w:p>
            <w:pPr>
              <w:spacing w:after="80"/>
            </w:pPr>
            <w:r>
              <w:rPr>
                <w:sz w:val="18"/>
              </w:rPr>
              <w:t>____________________________</w:t>
            </w:r>
          </w:p>
        </w:tc>
      </w:tr>
    </w:tbl>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3288"/>
            <w:vAlign w:val="center"/>
            <w:shd w:fill="1D1B1C"/>
          </w:tcPr>
          <w:p>
            <w:pPr>
              <w:spacing w:after="80"/>
            </w:pPr>
            <w:r>
              <w:rPr>
                <w:b/>
                <w:color w:val="FFFFFF"/>
                <w:sz w:val="18"/>
              </w:rPr>
              <w:t>Kebutuhan investasi / modal awal</w:t>
            </w:r>
          </w:p>
        </w:tc>
        <w:tc>
          <w:tcPr>
            <w:tcW w:type="dxa" w:w="1757"/>
            <w:vAlign w:val="center"/>
            <w:shd w:fill="1D1B1C"/>
          </w:tcPr>
          <w:p>
            <w:pPr>
              <w:spacing w:after="80"/>
            </w:pPr>
            <w:r>
              <w:rPr>
                <w:b/>
                <w:color w:val="FFFFFF"/>
                <w:sz w:val="18"/>
              </w:rPr>
              <w:t>Jumlah (Rp)</w:t>
            </w:r>
          </w:p>
        </w:tc>
        <w:tc>
          <w:tcPr>
            <w:tcW w:type="dxa" w:w="2835"/>
            <w:vAlign w:val="center"/>
            <w:shd w:fill="1D1B1C"/>
          </w:tcPr>
          <w:p>
            <w:pPr>
              <w:spacing w:after="80"/>
            </w:pPr>
            <w:r>
              <w:rPr>
                <w:b/>
                <w:color w:val="FFFFFF"/>
                <w:sz w:val="18"/>
              </w:rPr>
              <w:t>Bukti harga / tanggal</w:t>
            </w:r>
          </w:p>
        </w:tc>
        <w:tc>
          <w:tcPr>
            <w:tcW w:type="dxa" w:w="2098"/>
            <w:vAlign w:val="center"/>
            <w:shd w:fill="1D1B1C"/>
          </w:tcPr>
          <w:p>
            <w:pPr>
              <w:spacing w:after="80"/>
            </w:pPr>
            <w:r>
              <w:rPr>
                <w:b/>
                <w:color w:val="FFFFFF"/>
                <w:sz w:val="18"/>
              </w:rPr>
              <w:t>Jadwal pengeluaran</w:t>
            </w:r>
          </w:p>
        </w:tc>
      </w:tr>
      <w:tr>
        <w:trPr>
          <w:cantSplit/>
        </w:trPr>
        <w:tc>
          <w:tcPr>
            <w:tcW w:type="dxa" w:w="3288"/>
            <w:vAlign w:val="center"/>
          </w:tcPr>
          <w:p>
            <w:pPr>
              <w:spacing w:after="80"/>
            </w:pPr>
            <w:r>
              <w:rPr>
                <w:sz w:val="18"/>
              </w:rPr>
              <w:t>Peralatan / renovasi</w:t>
            </w:r>
          </w:p>
        </w:tc>
        <w:tc>
          <w:tcPr>
            <w:tcW w:type="dxa" w:w="1757"/>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r>
        <w:trPr>
          <w:cantSplit/>
        </w:trPr>
        <w:tc>
          <w:tcPr>
            <w:tcW w:type="dxa" w:w="3288"/>
            <w:vAlign w:val="center"/>
          </w:tcPr>
          <w:p>
            <w:pPr>
              <w:spacing w:after="80"/>
            </w:pPr>
            <w:r>
              <w:rPr>
                <w:sz w:val="18"/>
              </w:rPr>
              <w:t>Persediaan awal</w:t>
            </w:r>
          </w:p>
        </w:tc>
        <w:tc>
          <w:tcPr>
            <w:tcW w:type="dxa" w:w="1757"/>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r>
        <w:trPr>
          <w:cantSplit/>
        </w:trPr>
        <w:tc>
          <w:tcPr>
            <w:tcW w:type="dxa" w:w="3288"/>
            <w:vAlign w:val="center"/>
          </w:tcPr>
          <w:p>
            <w:pPr>
              <w:spacing w:after="80"/>
            </w:pPr>
            <w:r>
              <w:rPr>
                <w:sz w:val="18"/>
              </w:rPr>
              <w:t>Perizinan / peluncuran</w:t>
            </w:r>
          </w:p>
        </w:tc>
        <w:tc>
          <w:tcPr>
            <w:tcW w:type="dxa" w:w="1757"/>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r>
        <w:trPr>
          <w:cantSplit/>
        </w:trPr>
        <w:tc>
          <w:tcPr>
            <w:tcW w:type="dxa" w:w="3288"/>
            <w:vAlign w:val="center"/>
          </w:tcPr>
          <w:p>
            <w:pPr>
              <w:spacing w:after="80"/>
            </w:pPr>
            <w:r>
              <w:rPr>
                <w:sz w:val="18"/>
              </w:rPr>
              <w:t>Modal kerja dan cadangan risiko</w:t>
            </w:r>
          </w:p>
        </w:tc>
        <w:tc>
          <w:tcPr>
            <w:tcW w:type="dxa" w:w="1757"/>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r>
        <w:trPr>
          <w:cantSplit/>
        </w:trPr>
        <w:tc>
          <w:tcPr>
            <w:tcW w:type="dxa" w:w="3288"/>
            <w:vAlign w:val="center"/>
          </w:tcPr>
          <w:p>
            <w:pPr>
              <w:spacing w:after="80"/>
            </w:pPr>
            <w:r>
              <w:rPr>
                <w:sz w:val="18"/>
              </w:rPr>
              <w:t>Total kebutuhan awal</w:t>
            </w:r>
          </w:p>
        </w:tc>
        <w:tc>
          <w:tcPr>
            <w:tcW w:type="dxa" w:w="1757"/>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bl>
    <w:p/>
    <w:p>
      <w:r>
        <w:t>Rumus bantu: pendapatan = unit terjual x harga; margin kontribusi per unit = harga - biaya variabel; BEP unit = biaya tetap / margin kontribusi positif. BEP operasional berbeda dari waktu pengembalian modal. Jika margin kontribusi tidak positif, model belum mencapai titik impas dengan rumus ini.</w:t>
      </w:r>
    </w:p>
    <w:p>
      <w:r>
        <w:br w:type="page"/>
      </w:r>
    </w:p>
    <w:p>
      <w:pPr>
        <w:pStyle w:val="Heading1"/>
      </w:pPr>
      <w:r>
        <w:t>8. Proyeksi arus kas bulanan (12 bulan)</w:t>
      </w:r>
    </w:p>
    <w:p>
      <w:r>
        <w:t>Isi tanggal awal periode dan satuan rupiah: ____________________________. Catat saat kas benar-benar diterima / dibayar, bukan hanya ketika invoice diterbitkan. Pembelian aset termasuk kas keluar; penyusutan bukan kas keluar. Jangan menghitung persediaan awal dua kali.</w:t>
      </w:r>
    </w:p>
    <w:tbl>
      <w:tblPr>
        <w:tblStyle w:val="TableGrid"/>
        <w:tblW w:type="auto" w:w="0"/>
        <w:jc w:val="center"/>
        <w:tblLayout w:type="fixed"/>
        <w:tblLook w:firstColumn="1" w:firstRow="1" w:lastColumn="0" w:lastRow="0" w:noHBand="0" w:noVBand="1" w:val="04A0"/>
      </w:tblPr>
      <w:tblGrid>
        <w:gridCol w:w="1425"/>
        <w:gridCol w:w="1425"/>
        <w:gridCol w:w="1425"/>
        <w:gridCol w:w="1425"/>
        <w:gridCol w:w="1425"/>
        <w:gridCol w:w="1425"/>
        <w:gridCol w:w="1425"/>
      </w:tblGrid>
      <w:tr>
        <w:trPr>
          <w:cantSplit/>
          <w:tblHeader/>
        </w:trPr>
        <w:tc>
          <w:tcPr>
            <w:tcW w:type="dxa" w:w="3175"/>
            <w:vAlign w:val="center"/>
            <w:shd w:fill="1D1B1C"/>
          </w:tcPr>
          <w:p>
            <w:pPr>
              <w:spacing w:after="80"/>
            </w:pPr>
            <w:r>
              <w:rPr>
                <w:b/>
                <w:color w:val="FFFFFF"/>
                <w:sz w:val="18"/>
              </w:rPr>
              <w:t>Komponen (Rp)</w:t>
            </w:r>
          </w:p>
        </w:tc>
        <w:tc>
          <w:tcPr>
            <w:tcW w:type="dxa" w:w="1134"/>
            <w:vAlign w:val="center"/>
            <w:shd w:fill="1D1B1C"/>
          </w:tcPr>
          <w:p>
            <w:pPr>
              <w:spacing w:after="80"/>
            </w:pPr>
            <w:r>
              <w:rPr>
                <w:b/>
                <w:color w:val="FFFFFF"/>
                <w:sz w:val="18"/>
              </w:rPr>
              <w:t>Bln 1</w:t>
            </w:r>
          </w:p>
        </w:tc>
        <w:tc>
          <w:tcPr>
            <w:tcW w:type="dxa" w:w="1134"/>
            <w:vAlign w:val="center"/>
            <w:shd w:fill="1D1B1C"/>
          </w:tcPr>
          <w:p>
            <w:pPr>
              <w:spacing w:after="80"/>
            </w:pPr>
            <w:r>
              <w:rPr>
                <w:b/>
                <w:color w:val="FFFFFF"/>
                <w:sz w:val="18"/>
              </w:rPr>
              <w:t>Bln 2</w:t>
            </w:r>
          </w:p>
        </w:tc>
        <w:tc>
          <w:tcPr>
            <w:tcW w:type="dxa" w:w="1134"/>
            <w:vAlign w:val="center"/>
            <w:shd w:fill="1D1B1C"/>
          </w:tcPr>
          <w:p>
            <w:pPr>
              <w:spacing w:after="80"/>
            </w:pPr>
            <w:r>
              <w:rPr>
                <w:b/>
                <w:color w:val="FFFFFF"/>
                <w:sz w:val="18"/>
              </w:rPr>
              <w:t>Bln 3</w:t>
            </w:r>
          </w:p>
        </w:tc>
        <w:tc>
          <w:tcPr>
            <w:tcW w:type="dxa" w:w="1134"/>
            <w:vAlign w:val="center"/>
            <w:shd w:fill="1D1B1C"/>
          </w:tcPr>
          <w:p>
            <w:pPr>
              <w:spacing w:after="80"/>
            </w:pPr>
            <w:r>
              <w:rPr>
                <w:b/>
                <w:color w:val="FFFFFF"/>
                <w:sz w:val="18"/>
              </w:rPr>
              <w:t>Bln 4</w:t>
            </w:r>
          </w:p>
        </w:tc>
        <w:tc>
          <w:tcPr>
            <w:tcW w:type="dxa" w:w="1134"/>
            <w:vAlign w:val="center"/>
            <w:shd w:fill="1D1B1C"/>
          </w:tcPr>
          <w:p>
            <w:pPr>
              <w:spacing w:after="80"/>
            </w:pPr>
            <w:r>
              <w:rPr>
                <w:b/>
                <w:color w:val="FFFFFF"/>
                <w:sz w:val="18"/>
              </w:rPr>
              <w:t>Bln 5</w:t>
            </w:r>
          </w:p>
        </w:tc>
        <w:tc>
          <w:tcPr>
            <w:tcW w:type="dxa" w:w="1134"/>
            <w:vAlign w:val="center"/>
            <w:shd w:fill="1D1B1C"/>
          </w:tcPr>
          <w:p>
            <w:pPr>
              <w:spacing w:after="80"/>
            </w:pPr>
            <w:r>
              <w:rPr>
                <w:b/>
                <w:color w:val="FFFFFF"/>
                <w:sz w:val="18"/>
              </w:rPr>
              <w:t>Bln 6</w:t>
            </w:r>
          </w:p>
        </w:tc>
      </w:tr>
      <w:tr>
        <w:trPr>
          <w:cantSplit/>
        </w:trPr>
        <w:tc>
          <w:tcPr>
            <w:tcW w:type="dxa" w:w="3175"/>
            <w:vAlign w:val="center"/>
          </w:tcPr>
          <w:p>
            <w:pPr>
              <w:spacing w:after="80"/>
            </w:pPr>
            <w:r>
              <w:rPr>
                <w:sz w:val="18"/>
              </w:rPr>
              <w:t>A. Saldo kas awal</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B. Penerimaan penjualan tunai / pelunasan</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C. Modal pemilik / dana eksternal diterima</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D. Bayar persediaan / biaya variabel</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E. Biaya tetap / gaji / sewa</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F. Investasi peralatan / pengeluaran lain</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G. Pajak / bunga / cicilan pokok</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H. Kas bersih = B + C - D - E - F - G</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I. Saldo kas akhir = A + H</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bl>
    <w:p/>
    <w:tbl>
      <w:tblPr>
        <w:tblStyle w:val="TableGrid"/>
        <w:tblW w:type="auto" w:w="0"/>
        <w:jc w:val="center"/>
        <w:tblLayout w:type="fixed"/>
        <w:tblLook w:firstColumn="1" w:firstRow="1" w:lastColumn="0" w:lastRow="0" w:noHBand="0" w:noVBand="1" w:val="04A0"/>
      </w:tblPr>
      <w:tblGrid>
        <w:gridCol w:w="1425"/>
        <w:gridCol w:w="1425"/>
        <w:gridCol w:w="1425"/>
        <w:gridCol w:w="1425"/>
        <w:gridCol w:w="1425"/>
        <w:gridCol w:w="1425"/>
        <w:gridCol w:w="1425"/>
      </w:tblGrid>
      <w:tr>
        <w:trPr>
          <w:cantSplit/>
          <w:tblHeader/>
        </w:trPr>
        <w:tc>
          <w:tcPr>
            <w:tcW w:type="dxa" w:w="3175"/>
            <w:vAlign w:val="center"/>
            <w:shd w:fill="1D1B1C"/>
          </w:tcPr>
          <w:p>
            <w:pPr>
              <w:spacing w:after="80"/>
            </w:pPr>
            <w:r>
              <w:rPr>
                <w:b/>
                <w:color w:val="FFFFFF"/>
                <w:sz w:val="18"/>
              </w:rPr>
              <w:t>Komponen (Rp)</w:t>
            </w:r>
          </w:p>
        </w:tc>
        <w:tc>
          <w:tcPr>
            <w:tcW w:type="dxa" w:w="1134"/>
            <w:vAlign w:val="center"/>
            <w:shd w:fill="1D1B1C"/>
          </w:tcPr>
          <w:p>
            <w:pPr>
              <w:spacing w:after="80"/>
            </w:pPr>
            <w:r>
              <w:rPr>
                <w:b/>
                <w:color w:val="FFFFFF"/>
                <w:sz w:val="18"/>
              </w:rPr>
              <w:t>Bln 7</w:t>
            </w:r>
          </w:p>
        </w:tc>
        <w:tc>
          <w:tcPr>
            <w:tcW w:type="dxa" w:w="1134"/>
            <w:vAlign w:val="center"/>
            <w:shd w:fill="1D1B1C"/>
          </w:tcPr>
          <w:p>
            <w:pPr>
              <w:spacing w:after="80"/>
            </w:pPr>
            <w:r>
              <w:rPr>
                <w:b/>
                <w:color w:val="FFFFFF"/>
                <w:sz w:val="18"/>
              </w:rPr>
              <w:t>Bln 8</w:t>
            </w:r>
          </w:p>
        </w:tc>
        <w:tc>
          <w:tcPr>
            <w:tcW w:type="dxa" w:w="1134"/>
            <w:vAlign w:val="center"/>
            <w:shd w:fill="1D1B1C"/>
          </w:tcPr>
          <w:p>
            <w:pPr>
              <w:spacing w:after="80"/>
            </w:pPr>
            <w:r>
              <w:rPr>
                <w:b/>
                <w:color w:val="FFFFFF"/>
                <w:sz w:val="18"/>
              </w:rPr>
              <w:t>Bln 9</w:t>
            </w:r>
          </w:p>
        </w:tc>
        <w:tc>
          <w:tcPr>
            <w:tcW w:type="dxa" w:w="1134"/>
            <w:vAlign w:val="center"/>
            <w:shd w:fill="1D1B1C"/>
          </w:tcPr>
          <w:p>
            <w:pPr>
              <w:spacing w:after="80"/>
            </w:pPr>
            <w:r>
              <w:rPr>
                <w:b/>
                <w:color w:val="FFFFFF"/>
                <w:sz w:val="18"/>
              </w:rPr>
              <w:t>Bln 10</w:t>
            </w:r>
          </w:p>
        </w:tc>
        <w:tc>
          <w:tcPr>
            <w:tcW w:type="dxa" w:w="1134"/>
            <w:vAlign w:val="center"/>
            <w:shd w:fill="1D1B1C"/>
          </w:tcPr>
          <w:p>
            <w:pPr>
              <w:spacing w:after="80"/>
            </w:pPr>
            <w:r>
              <w:rPr>
                <w:b/>
                <w:color w:val="FFFFFF"/>
                <w:sz w:val="18"/>
              </w:rPr>
              <w:t>Bln 11</w:t>
            </w:r>
          </w:p>
        </w:tc>
        <w:tc>
          <w:tcPr>
            <w:tcW w:type="dxa" w:w="1134"/>
            <w:vAlign w:val="center"/>
            <w:shd w:fill="1D1B1C"/>
          </w:tcPr>
          <w:p>
            <w:pPr>
              <w:spacing w:after="80"/>
            </w:pPr>
            <w:r>
              <w:rPr>
                <w:b/>
                <w:color w:val="FFFFFF"/>
                <w:sz w:val="18"/>
              </w:rPr>
              <w:t>Bln 12</w:t>
            </w:r>
          </w:p>
        </w:tc>
      </w:tr>
      <w:tr>
        <w:trPr>
          <w:cantSplit/>
        </w:trPr>
        <w:tc>
          <w:tcPr>
            <w:tcW w:type="dxa" w:w="3175"/>
            <w:vAlign w:val="center"/>
          </w:tcPr>
          <w:p>
            <w:pPr>
              <w:spacing w:after="80"/>
            </w:pPr>
            <w:r>
              <w:rPr>
                <w:sz w:val="18"/>
              </w:rPr>
              <w:t>A. Saldo kas awal</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B. Penerimaan penjualan tunai / pelunasan</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C. Modal pemilik / dana eksternal diterima</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D. Bayar persediaan / biaya variabel</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E. Biaya tetap / gaji / sewa</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F. Investasi peralatan / pengeluaran lain</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G. Pajak / bunga / cicilan pokok</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H. Kas bersih = B + C - D - E - F - G</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r>
        <w:trPr>
          <w:cantSplit/>
        </w:trPr>
        <w:tc>
          <w:tcPr>
            <w:tcW w:type="dxa" w:w="3175"/>
            <w:vAlign w:val="center"/>
          </w:tcPr>
          <w:p>
            <w:pPr>
              <w:spacing w:after="80"/>
            </w:pPr>
            <w:r>
              <w:rPr>
                <w:sz w:val="18"/>
              </w:rPr>
              <w:t>I. Saldo kas akhir = A + H</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c>
          <w:tcPr>
            <w:tcW w:type="dxa" w:w="1134"/>
            <w:vAlign w:val="center"/>
          </w:tcPr>
          <w:p>
            <w:pPr>
              <w:spacing w:after="80"/>
            </w:pPr>
            <w:r>
              <w:rPr>
                <w:sz w:val="18"/>
              </w:rPr>
              <w:t>________</w:t>
            </w:r>
          </w:p>
        </w:tc>
      </w:tr>
    </w:tbl>
    <w:p/>
    <w:p>
      <w:r>
        <w:t>Saldo awal bulan berikutnya = saldo akhir bulan sebelumnya. Kas akhir negatif berarti defisit yang perlu dibiayai atau rencana harus diubah. Dana pinjaman adalah kas masuk pembiayaan, bukan omzet; pokok cicilan adalah kas keluar pembiayaan, bukan biaya laba rugi.</w:t>
      </w:r>
    </w:p>
    <w:p>
      <w:pPr>
        <w:pStyle w:val="Heading1"/>
      </w:pPr>
      <w:r>
        <w:t>9. Skenario dan pengembalian modal</w:t>
      </w:r>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1701"/>
            <w:vAlign w:val="center"/>
            <w:shd w:fill="1D1B1C"/>
          </w:tcPr>
          <w:p>
            <w:pPr>
              <w:spacing w:after="80"/>
            </w:pPr>
            <w:r>
              <w:rPr>
                <w:b/>
                <w:color w:val="FFFFFF"/>
                <w:sz w:val="18"/>
              </w:rPr>
              <w:t>Skenario</w:t>
            </w:r>
          </w:p>
        </w:tc>
        <w:tc>
          <w:tcPr>
            <w:tcW w:type="dxa" w:w="3288"/>
            <w:vAlign w:val="center"/>
            <w:shd w:fill="1D1B1C"/>
          </w:tcPr>
          <w:p>
            <w:pPr>
              <w:spacing w:after="80"/>
            </w:pPr>
            <w:r>
              <w:rPr>
                <w:b/>
                <w:color w:val="FFFFFF"/>
                <w:sz w:val="18"/>
              </w:rPr>
              <w:t>Asumsi penjualan / biaya</w:t>
            </w:r>
          </w:p>
        </w:tc>
        <w:tc>
          <w:tcPr>
            <w:tcW w:type="dxa" w:w="3061"/>
            <w:vAlign w:val="center"/>
            <w:shd w:fill="1D1B1C"/>
          </w:tcPr>
          <w:p>
            <w:pPr>
              <w:spacing w:after="80"/>
            </w:pPr>
            <w:r>
              <w:rPr>
                <w:b/>
                <w:color w:val="FFFFFF"/>
                <w:sz w:val="18"/>
              </w:rPr>
              <w:t>Defisit kas terbesar / periode</w:t>
            </w:r>
          </w:p>
        </w:tc>
        <w:tc>
          <w:tcPr>
            <w:tcW w:type="dxa" w:w="1928"/>
            <w:vAlign w:val="center"/>
            <w:shd w:fill="1D1B1C"/>
          </w:tcPr>
          <w:p>
            <w:pPr>
              <w:spacing w:after="80"/>
            </w:pPr>
            <w:r>
              <w:rPr>
                <w:b/>
                <w:color w:val="FFFFFF"/>
                <w:sz w:val="18"/>
              </w:rPr>
              <w:t>Tindakan</w:t>
            </w:r>
          </w:p>
        </w:tc>
      </w:tr>
      <w:tr>
        <w:trPr>
          <w:cantSplit/>
        </w:trPr>
        <w:tc>
          <w:tcPr>
            <w:tcW w:type="dxa" w:w="1701"/>
            <w:vAlign w:val="center"/>
          </w:tcPr>
          <w:p>
            <w:pPr>
              <w:spacing w:after="80"/>
            </w:pPr>
            <w:r>
              <w:rPr>
                <w:sz w:val="18"/>
              </w:rPr>
              <w:t>Rendah</w:t>
            </w:r>
          </w:p>
        </w:tc>
        <w:tc>
          <w:tcPr>
            <w:tcW w:type="dxa" w:w="3288"/>
            <w:vAlign w:val="center"/>
          </w:tcPr>
          <w:p>
            <w:pPr>
              <w:spacing w:after="80"/>
            </w:pPr>
            <w:r>
              <w:rPr>
                <w:sz w:val="18"/>
              </w:rPr>
              <w:t>____________________________</w:t>
            </w:r>
          </w:p>
        </w:tc>
        <w:tc>
          <w:tcPr>
            <w:tcW w:type="dxa" w:w="3061"/>
            <w:vAlign w:val="center"/>
          </w:tcPr>
          <w:p>
            <w:pPr>
              <w:spacing w:after="80"/>
            </w:pPr>
            <w:r>
              <w:rPr>
                <w:sz w:val="18"/>
              </w:rPr>
              <w:t>____________________________</w:t>
            </w:r>
          </w:p>
        </w:tc>
        <w:tc>
          <w:tcPr>
            <w:tcW w:type="dxa" w:w="1928"/>
            <w:vAlign w:val="center"/>
          </w:tcPr>
          <w:p>
            <w:pPr>
              <w:spacing w:after="80"/>
            </w:pPr>
            <w:r>
              <w:rPr>
                <w:sz w:val="18"/>
              </w:rPr>
              <w:t>____________________________</w:t>
            </w:r>
          </w:p>
        </w:tc>
      </w:tr>
      <w:tr>
        <w:trPr>
          <w:cantSplit/>
        </w:trPr>
        <w:tc>
          <w:tcPr>
            <w:tcW w:type="dxa" w:w="1701"/>
            <w:vAlign w:val="center"/>
          </w:tcPr>
          <w:p>
            <w:pPr>
              <w:spacing w:after="80"/>
            </w:pPr>
            <w:r>
              <w:rPr>
                <w:sz w:val="18"/>
              </w:rPr>
              <w:t>Dasar</w:t>
            </w:r>
          </w:p>
        </w:tc>
        <w:tc>
          <w:tcPr>
            <w:tcW w:type="dxa" w:w="3288"/>
            <w:vAlign w:val="center"/>
          </w:tcPr>
          <w:p>
            <w:pPr>
              <w:spacing w:after="80"/>
            </w:pPr>
            <w:r>
              <w:rPr>
                <w:sz w:val="18"/>
              </w:rPr>
              <w:t>____________________________</w:t>
            </w:r>
          </w:p>
        </w:tc>
        <w:tc>
          <w:tcPr>
            <w:tcW w:type="dxa" w:w="3061"/>
            <w:vAlign w:val="center"/>
          </w:tcPr>
          <w:p>
            <w:pPr>
              <w:spacing w:after="80"/>
            </w:pPr>
            <w:r>
              <w:rPr>
                <w:sz w:val="18"/>
              </w:rPr>
              <w:t>____________________________</w:t>
            </w:r>
          </w:p>
        </w:tc>
        <w:tc>
          <w:tcPr>
            <w:tcW w:type="dxa" w:w="1928"/>
            <w:vAlign w:val="center"/>
          </w:tcPr>
          <w:p>
            <w:pPr>
              <w:spacing w:after="80"/>
            </w:pPr>
            <w:r>
              <w:rPr>
                <w:sz w:val="18"/>
              </w:rPr>
              <w:t>____________________________</w:t>
            </w:r>
          </w:p>
        </w:tc>
      </w:tr>
      <w:tr>
        <w:trPr>
          <w:cantSplit/>
        </w:trPr>
        <w:tc>
          <w:tcPr>
            <w:tcW w:type="dxa" w:w="1701"/>
            <w:vAlign w:val="center"/>
          </w:tcPr>
          <w:p>
            <w:pPr>
              <w:spacing w:after="80"/>
            </w:pPr>
            <w:r>
              <w:rPr>
                <w:sz w:val="18"/>
              </w:rPr>
              <w:t>Tinggi</w:t>
            </w:r>
          </w:p>
        </w:tc>
        <w:tc>
          <w:tcPr>
            <w:tcW w:type="dxa" w:w="3288"/>
            <w:vAlign w:val="center"/>
          </w:tcPr>
          <w:p>
            <w:pPr>
              <w:spacing w:after="80"/>
            </w:pPr>
            <w:r>
              <w:rPr>
                <w:sz w:val="18"/>
              </w:rPr>
              <w:t>____________________________</w:t>
            </w:r>
          </w:p>
        </w:tc>
        <w:tc>
          <w:tcPr>
            <w:tcW w:type="dxa" w:w="3061"/>
            <w:vAlign w:val="center"/>
          </w:tcPr>
          <w:p>
            <w:pPr>
              <w:spacing w:after="80"/>
            </w:pPr>
            <w:r>
              <w:rPr>
                <w:sz w:val="18"/>
              </w:rPr>
              <w:t>____________________________</w:t>
            </w:r>
          </w:p>
        </w:tc>
        <w:tc>
          <w:tcPr>
            <w:tcW w:type="dxa" w:w="1928"/>
            <w:vAlign w:val="center"/>
          </w:tcPr>
          <w:p>
            <w:pPr>
              <w:spacing w:after="80"/>
            </w:pPr>
            <w:r>
              <w:rPr>
                <w:sz w:val="18"/>
              </w:rPr>
              <w:t>____________________________</w:t>
            </w:r>
          </w:p>
        </w:tc>
      </w:tr>
    </w:tbl>
    <w:p/>
    <w:p>
      <w:r>
        <w:t>Pengembalian modal dinilai dari akumulasi arus kas yang tersedia setelah seluruh kewajiban, bukan omzet. Tuliskan skenario yang tidak mencapai balik modal juga. Hasil proyeksi tidak dijamin.</w:t>
      </w:r>
    </w:p>
    <w:p>
      <w:r>
        <w:br w:type="page"/>
      </w:r>
    </w:p>
    <w:p>
      <w:pPr>
        <w:pStyle w:val="Heading1"/>
      </w:pPr>
      <w:r>
        <w:t>10. Permintaan dana dan penggunaan</w:t>
      </w:r>
    </w:p>
    <w:tbl>
      <w:tblPr>
        <w:tblStyle w:val="TableGrid"/>
        <w:tblW w:type="auto" w:w="0"/>
        <w:jc w:val="center"/>
        <w:tblLayout w:type="fixed"/>
        <w:tblLook w:firstColumn="1" w:firstRow="1" w:lastColumn="0" w:lastRow="0" w:noHBand="0" w:noVBand="1" w:val="04A0"/>
      </w:tblPr>
      <w:tblGrid>
        <w:gridCol w:w="4989"/>
        <w:gridCol w:w="4989"/>
      </w:tblGrid>
      <w:tr>
        <w:trPr>
          <w:cantSplit/>
          <w:tblHeader/>
        </w:trPr>
        <w:tc>
          <w:tcPr>
            <w:tcW w:type="dxa" w:w="3402"/>
            <w:vAlign w:val="center"/>
            <w:shd w:fill="1D1B1C"/>
          </w:tcPr>
          <w:p>
            <w:pPr>
              <w:spacing w:after="80"/>
            </w:pPr>
            <w:r>
              <w:rPr>
                <w:b/>
                <w:color w:val="FFFFFF"/>
                <w:sz w:val="18"/>
              </w:rPr>
              <w:t>Isian</w:t>
            </w:r>
          </w:p>
        </w:tc>
        <w:tc>
          <w:tcPr>
            <w:tcW w:type="dxa" w:w="6576"/>
            <w:vAlign w:val="center"/>
            <w:shd w:fill="1D1B1C"/>
          </w:tcPr>
          <w:p>
            <w:pPr>
              <w:spacing w:after="80"/>
            </w:pPr>
            <w:r>
              <w:rPr>
                <w:b/>
                <w:color w:val="FFFFFF"/>
                <w:sz w:val="18"/>
              </w:rPr>
              <w:t>Jawaban Anda</w:t>
            </w:r>
          </w:p>
        </w:tc>
      </w:tr>
      <w:tr>
        <w:trPr>
          <w:cantSplit/>
        </w:trPr>
        <w:tc>
          <w:tcPr>
            <w:tcW w:type="dxa" w:w="3402"/>
            <w:vAlign w:val="center"/>
          </w:tcPr>
          <w:p>
            <w:pPr>
              <w:spacing w:after="80"/>
            </w:pPr>
            <w:r>
              <w:rPr>
                <w:sz w:val="18"/>
              </w:rPr>
              <w:t>Jumlah dana yang diminta (Rp) / bentuk dukungan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Modal sendiri dan sumber dana yang telah pasti</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Jenis pembiayaan yang diusulkan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Mekanisme pencairan dan syarat yang akan dinegosiasikan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Rencana pembayaran / pembagian hasil (jika relevan)</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Keputusan / tindak lanjut yang diminta dari penerima</w:t>
            </w:r>
          </w:p>
        </w:tc>
        <w:tc>
          <w:tcPr>
            <w:tcW w:type="dxa" w:w="6576"/>
            <w:vAlign w:val="center"/>
          </w:tcPr>
          <w:p>
            <w:pPr>
              <w:spacing w:after="80"/>
            </w:pPr>
            <w:r>
              <w:rPr>
                <w:sz w:val="18"/>
              </w:rPr>
              <w:t>____________________________</w:t>
            </w:r>
          </w:p>
        </w:tc>
      </w:tr>
    </w:tbl>
    <w:p/>
    <w:p>
      <w:r>
        <w:t>Hitung permintaan dari investasi dan defisit modal kerja yang belum ditutup. Jangan memakai persentase cadangan universal. Pastikan biaya tidak terhitung dua kali dan lampirkan dasar penawarannya.</w:t>
      </w:r>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2835"/>
            <w:vAlign w:val="center"/>
            <w:shd w:fill="1D1B1C"/>
          </w:tcPr>
          <w:p>
            <w:pPr>
              <w:spacing w:after="80"/>
            </w:pPr>
            <w:r>
              <w:rPr>
                <w:b/>
                <w:color w:val="FFFFFF"/>
                <w:sz w:val="18"/>
              </w:rPr>
              <w:t>Penggunaan dana</w:t>
            </w:r>
          </w:p>
        </w:tc>
        <w:tc>
          <w:tcPr>
            <w:tcW w:type="dxa" w:w="1928"/>
            <w:vAlign w:val="center"/>
            <w:shd w:fill="1D1B1C"/>
          </w:tcPr>
          <w:p>
            <w:pPr>
              <w:spacing w:after="80"/>
            </w:pPr>
            <w:r>
              <w:rPr>
                <w:b/>
                <w:color w:val="FFFFFF"/>
                <w:sz w:val="18"/>
              </w:rPr>
              <w:t>Jumlah (Rp)</w:t>
            </w:r>
          </w:p>
        </w:tc>
        <w:tc>
          <w:tcPr>
            <w:tcW w:type="dxa" w:w="3061"/>
            <w:vAlign w:val="center"/>
            <w:shd w:fill="1D1B1C"/>
          </w:tcPr>
          <w:p>
            <w:pPr>
              <w:spacing w:after="80"/>
            </w:pPr>
            <w:r>
              <w:rPr>
                <w:b/>
                <w:color w:val="FFFFFF"/>
                <w:sz w:val="18"/>
              </w:rPr>
              <w:t>Dasar biaya / bukti</w:t>
            </w:r>
          </w:p>
        </w:tc>
        <w:tc>
          <w:tcPr>
            <w:tcW w:type="dxa" w:w="2154"/>
            <w:vAlign w:val="center"/>
            <w:shd w:fill="1D1B1C"/>
          </w:tcPr>
          <w:p>
            <w:pPr>
              <w:spacing w:after="80"/>
            </w:pPr>
            <w:r>
              <w:rPr>
                <w:b/>
                <w:color w:val="FFFFFF"/>
                <w:sz w:val="18"/>
              </w:rPr>
              <w:t>Milestone / jadwal</w:t>
            </w:r>
          </w:p>
        </w:tc>
      </w:tr>
      <w:tr>
        <w:trPr>
          <w:cantSplit/>
        </w:trPr>
        <w:tc>
          <w:tcPr>
            <w:tcW w:type="dxa" w:w="2835"/>
            <w:vAlign w:val="center"/>
          </w:tcPr>
          <w:p>
            <w:pPr>
              <w:spacing w:after="80"/>
            </w:pPr>
            <w:r>
              <w:rPr>
                <w:sz w:val="18"/>
              </w:rPr>
              <w:t>____________________________</w:t>
            </w:r>
          </w:p>
        </w:tc>
        <w:tc>
          <w:tcPr>
            <w:tcW w:type="dxa" w:w="1928"/>
            <w:vAlign w:val="center"/>
          </w:tcPr>
          <w:p>
            <w:pPr>
              <w:spacing w:after="80"/>
            </w:pPr>
            <w:r>
              <w:rPr>
                <w:sz w:val="18"/>
              </w:rPr>
              <w:t>____________________________</w:t>
            </w:r>
          </w:p>
        </w:tc>
        <w:tc>
          <w:tcPr>
            <w:tcW w:type="dxa" w:w="3061"/>
            <w:vAlign w:val="center"/>
          </w:tcPr>
          <w:p>
            <w:pPr>
              <w:spacing w:after="80"/>
            </w:pPr>
            <w:r>
              <w:rPr>
                <w:sz w:val="18"/>
              </w:rPr>
              <w:t>____________________________</w:t>
            </w:r>
          </w:p>
        </w:tc>
        <w:tc>
          <w:tcPr>
            <w:tcW w:type="dxa" w:w="2154"/>
            <w:vAlign w:val="center"/>
          </w:tcPr>
          <w:p>
            <w:pPr>
              <w:spacing w:after="80"/>
            </w:pPr>
            <w:r>
              <w:rPr>
                <w:sz w:val="18"/>
              </w:rPr>
              <w:t>____________________________</w:t>
            </w:r>
          </w:p>
        </w:tc>
      </w:tr>
      <w:tr>
        <w:trPr>
          <w:cantSplit/>
        </w:trPr>
        <w:tc>
          <w:tcPr>
            <w:tcW w:type="dxa" w:w="2835"/>
            <w:vAlign w:val="center"/>
          </w:tcPr>
          <w:p>
            <w:pPr>
              <w:spacing w:after="80"/>
            </w:pPr>
            <w:r>
              <w:rPr>
                <w:sz w:val="18"/>
              </w:rPr>
              <w:t>____________________________</w:t>
            </w:r>
          </w:p>
        </w:tc>
        <w:tc>
          <w:tcPr>
            <w:tcW w:type="dxa" w:w="1928"/>
            <w:vAlign w:val="center"/>
          </w:tcPr>
          <w:p>
            <w:pPr>
              <w:spacing w:after="80"/>
            </w:pPr>
            <w:r>
              <w:rPr>
                <w:sz w:val="18"/>
              </w:rPr>
              <w:t>____________________________</w:t>
            </w:r>
          </w:p>
        </w:tc>
        <w:tc>
          <w:tcPr>
            <w:tcW w:type="dxa" w:w="3061"/>
            <w:vAlign w:val="center"/>
          </w:tcPr>
          <w:p>
            <w:pPr>
              <w:spacing w:after="80"/>
            </w:pPr>
            <w:r>
              <w:rPr>
                <w:sz w:val="18"/>
              </w:rPr>
              <w:t>____________________________</w:t>
            </w:r>
          </w:p>
        </w:tc>
        <w:tc>
          <w:tcPr>
            <w:tcW w:type="dxa" w:w="2154"/>
            <w:vAlign w:val="center"/>
          </w:tcPr>
          <w:p>
            <w:pPr>
              <w:spacing w:after="80"/>
            </w:pPr>
            <w:r>
              <w:rPr>
                <w:sz w:val="18"/>
              </w:rPr>
              <w:t>____________________________</w:t>
            </w:r>
          </w:p>
        </w:tc>
      </w:tr>
      <w:tr>
        <w:trPr>
          <w:cantSplit/>
        </w:trPr>
        <w:tc>
          <w:tcPr>
            <w:tcW w:type="dxa" w:w="2835"/>
            <w:vAlign w:val="center"/>
          </w:tcPr>
          <w:p>
            <w:pPr>
              <w:spacing w:after="80"/>
            </w:pPr>
            <w:r>
              <w:rPr>
                <w:sz w:val="18"/>
              </w:rPr>
              <w:t>____________________________</w:t>
            </w:r>
          </w:p>
        </w:tc>
        <w:tc>
          <w:tcPr>
            <w:tcW w:type="dxa" w:w="1928"/>
            <w:vAlign w:val="center"/>
          </w:tcPr>
          <w:p>
            <w:pPr>
              <w:spacing w:after="80"/>
            </w:pPr>
            <w:r>
              <w:rPr>
                <w:sz w:val="18"/>
              </w:rPr>
              <w:t>____________________________</w:t>
            </w:r>
          </w:p>
        </w:tc>
        <w:tc>
          <w:tcPr>
            <w:tcW w:type="dxa" w:w="3061"/>
            <w:vAlign w:val="center"/>
          </w:tcPr>
          <w:p>
            <w:pPr>
              <w:spacing w:after="80"/>
            </w:pPr>
            <w:r>
              <w:rPr>
                <w:sz w:val="18"/>
              </w:rPr>
              <w:t>____________________________</w:t>
            </w:r>
          </w:p>
        </w:tc>
        <w:tc>
          <w:tcPr>
            <w:tcW w:type="dxa" w:w="2154"/>
            <w:vAlign w:val="center"/>
          </w:tcPr>
          <w:p>
            <w:pPr>
              <w:spacing w:after="80"/>
            </w:pPr>
            <w:r>
              <w:rPr>
                <w:sz w:val="18"/>
              </w:rPr>
              <w:t>____________________________</w:t>
            </w:r>
          </w:p>
        </w:tc>
      </w:tr>
      <w:tr>
        <w:trPr>
          <w:cantSplit/>
        </w:trPr>
        <w:tc>
          <w:tcPr>
            <w:tcW w:type="dxa" w:w="2835"/>
            <w:vAlign w:val="center"/>
          </w:tcPr>
          <w:p>
            <w:pPr>
              <w:spacing w:after="80"/>
            </w:pPr>
            <w:r>
              <w:rPr>
                <w:sz w:val="18"/>
              </w:rPr>
              <w:t>____________________________</w:t>
            </w:r>
          </w:p>
        </w:tc>
        <w:tc>
          <w:tcPr>
            <w:tcW w:type="dxa" w:w="1928"/>
            <w:vAlign w:val="center"/>
          </w:tcPr>
          <w:p>
            <w:pPr>
              <w:spacing w:after="80"/>
            </w:pPr>
            <w:r>
              <w:rPr>
                <w:sz w:val="18"/>
              </w:rPr>
              <w:t>____________________________</w:t>
            </w:r>
          </w:p>
        </w:tc>
        <w:tc>
          <w:tcPr>
            <w:tcW w:type="dxa" w:w="3061"/>
            <w:vAlign w:val="center"/>
          </w:tcPr>
          <w:p>
            <w:pPr>
              <w:spacing w:after="80"/>
            </w:pPr>
            <w:r>
              <w:rPr>
                <w:sz w:val="18"/>
              </w:rPr>
              <w:t>____________________________</w:t>
            </w:r>
          </w:p>
        </w:tc>
        <w:tc>
          <w:tcPr>
            <w:tcW w:type="dxa" w:w="2154"/>
            <w:vAlign w:val="center"/>
          </w:tcPr>
          <w:p>
            <w:pPr>
              <w:spacing w:after="80"/>
            </w:pPr>
            <w:r>
              <w:rPr>
                <w:sz w:val="18"/>
              </w:rPr>
              <w:t>____________________________</w:t>
            </w:r>
          </w:p>
        </w:tc>
      </w:tr>
    </w:tbl>
    <w:p/>
    <w:p>
      <w:pPr>
        <w:pStyle w:val="Heading1"/>
      </w:pPr>
      <w:r>
        <w:t>11. Risiko dan mitigasi</w:t>
      </w:r>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2551"/>
            <w:vAlign w:val="center"/>
            <w:shd w:fill="1D1B1C"/>
          </w:tcPr>
          <w:p>
            <w:pPr>
              <w:spacing w:after="80"/>
            </w:pPr>
            <w:r>
              <w:rPr>
                <w:b/>
                <w:color w:val="FFFFFF"/>
                <w:sz w:val="18"/>
              </w:rPr>
              <w:t>Risiko / pemicu</w:t>
            </w:r>
          </w:p>
        </w:tc>
        <w:tc>
          <w:tcPr>
            <w:tcW w:type="dxa" w:w="2438"/>
            <w:vAlign w:val="center"/>
            <w:shd w:fill="1D1B1C"/>
          </w:tcPr>
          <w:p>
            <w:pPr>
              <w:spacing w:after="80"/>
            </w:pPr>
            <w:r>
              <w:rPr>
                <w:b/>
                <w:color w:val="FFFFFF"/>
                <w:sz w:val="18"/>
              </w:rPr>
              <w:t>Dampak dan kemungkinan</w:t>
            </w:r>
          </w:p>
        </w:tc>
        <w:tc>
          <w:tcPr>
            <w:tcW w:type="dxa" w:w="2551"/>
            <w:vAlign w:val="center"/>
            <w:shd w:fill="1D1B1C"/>
          </w:tcPr>
          <w:p>
            <w:pPr>
              <w:spacing w:after="80"/>
            </w:pPr>
            <w:r>
              <w:rPr>
                <w:b/>
                <w:color w:val="FFFFFF"/>
                <w:sz w:val="18"/>
              </w:rPr>
              <w:t>Mitigasi / cadangan</w:t>
            </w:r>
          </w:p>
        </w:tc>
        <w:tc>
          <w:tcPr>
            <w:tcW w:type="dxa" w:w="2438"/>
            <w:vAlign w:val="center"/>
            <w:shd w:fill="1D1B1C"/>
          </w:tcPr>
          <w:p>
            <w:pPr>
              <w:spacing w:after="80"/>
            </w:pPr>
            <w:r>
              <w:rPr>
                <w:b/>
                <w:color w:val="FFFFFF"/>
                <w:sz w:val="18"/>
              </w:rPr>
              <w:t>PIC / indikator pemantauan</w:t>
            </w:r>
          </w:p>
        </w:tc>
      </w:tr>
      <w:tr>
        <w:trPr>
          <w:cantSplit/>
        </w:trPr>
        <w:tc>
          <w:tcPr>
            <w:tcW w:type="dxa" w:w="2551"/>
            <w:vAlign w:val="center"/>
          </w:tcPr>
          <w:p>
            <w:pPr>
              <w:spacing w:after="80"/>
            </w:pPr>
            <w:r>
              <w:rPr>
                <w:sz w:val="18"/>
              </w:rPr>
              <w:t>Permintaan lebih rendah</w:t>
            </w:r>
          </w:p>
        </w:tc>
        <w:tc>
          <w:tcPr>
            <w:tcW w:type="dxa" w:w="2438"/>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551"/>
            <w:vAlign w:val="center"/>
          </w:tcPr>
          <w:p>
            <w:pPr>
              <w:spacing w:after="80"/>
            </w:pPr>
            <w:r>
              <w:rPr>
                <w:sz w:val="18"/>
              </w:rPr>
              <w:t>Harga / pemasok berubah</w:t>
            </w:r>
          </w:p>
        </w:tc>
        <w:tc>
          <w:tcPr>
            <w:tcW w:type="dxa" w:w="2438"/>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551"/>
            <w:vAlign w:val="center"/>
          </w:tcPr>
          <w:p>
            <w:pPr>
              <w:spacing w:after="80"/>
            </w:pPr>
            <w:r>
              <w:rPr>
                <w:sz w:val="18"/>
              </w:rPr>
              <w:t>Kapasitas / kualitas layanan</w:t>
            </w:r>
          </w:p>
        </w:tc>
        <w:tc>
          <w:tcPr>
            <w:tcW w:type="dxa" w:w="2438"/>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551"/>
            <w:vAlign w:val="center"/>
          </w:tcPr>
          <w:p>
            <w:pPr>
              <w:spacing w:after="80"/>
            </w:pPr>
            <w:r>
              <w:rPr>
                <w:sz w:val="18"/>
              </w:rPr>
              <w:t>Kas / keterlambatan bayar</w:t>
            </w:r>
          </w:p>
        </w:tc>
        <w:tc>
          <w:tcPr>
            <w:tcW w:type="dxa" w:w="2438"/>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r>
        <w:trPr>
          <w:cantSplit/>
        </w:trPr>
        <w:tc>
          <w:tcPr>
            <w:tcW w:type="dxa" w:w="2551"/>
            <w:vAlign w:val="center"/>
          </w:tcPr>
          <w:p>
            <w:pPr>
              <w:spacing w:after="80"/>
            </w:pPr>
            <w:r>
              <w:rPr>
                <w:sz w:val="18"/>
              </w:rPr>
              <w:t>Kepatuhan / risiko lain</w:t>
            </w:r>
          </w:p>
        </w:tc>
        <w:tc>
          <w:tcPr>
            <w:tcW w:type="dxa" w:w="2438"/>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2438"/>
            <w:vAlign w:val="center"/>
          </w:tcPr>
          <w:p>
            <w:pPr>
              <w:spacing w:after="80"/>
            </w:pPr>
            <w:r>
              <w:rPr>
                <w:sz w:val="18"/>
              </w:rPr>
              <w:t>____________________________</w:t>
            </w:r>
          </w:p>
        </w:tc>
      </w:tr>
    </w:tbl>
    <w:p/>
    <w:p>
      <w:r>
        <w:br w:type="page"/>
      </w:r>
    </w:p>
    <w:p>
      <w:pPr>
        <w:pStyle w:val="Heading1"/>
      </w:pPr>
      <w:r>
        <w:t>12. Milestone dan evaluasi</w:t>
      </w:r>
    </w:p>
    <w:p>
      <w:r>
        <w:t>Tetapkan hasil yang dapat diperiksa: bukti pelanggan, uji produk, kesiapan operasional, atau catatan penjualan. Tuliskan tenggat dan keputusan jika target tidak tercapai.</w:t>
      </w:r>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2551"/>
            <w:vAlign w:val="center"/>
            <w:shd w:fill="1D1B1C"/>
          </w:tcPr>
          <w:p>
            <w:pPr>
              <w:spacing w:after="80"/>
            </w:pPr>
            <w:r>
              <w:rPr>
                <w:b/>
                <w:color w:val="FFFFFF"/>
                <w:sz w:val="18"/>
              </w:rPr>
              <w:t>Milestone</w:t>
            </w:r>
          </w:p>
        </w:tc>
        <w:tc>
          <w:tcPr>
            <w:tcW w:type="dxa" w:w="2268"/>
            <w:vAlign w:val="center"/>
            <w:shd w:fill="1D1B1C"/>
          </w:tcPr>
          <w:p>
            <w:pPr>
              <w:spacing w:after="80"/>
            </w:pPr>
            <w:r>
              <w:rPr>
                <w:b/>
                <w:color w:val="FFFFFF"/>
                <w:sz w:val="18"/>
              </w:rPr>
              <w:t>Tanggal / PIC</w:t>
            </w:r>
          </w:p>
        </w:tc>
        <w:tc>
          <w:tcPr>
            <w:tcW w:type="dxa" w:w="2835"/>
            <w:vAlign w:val="center"/>
            <w:shd w:fill="1D1B1C"/>
          </w:tcPr>
          <w:p>
            <w:pPr>
              <w:spacing w:after="80"/>
            </w:pPr>
            <w:r>
              <w:rPr>
                <w:b/>
                <w:color w:val="FFFFFF"/>
                <w:sz w:val="18"/>
              </w:rPr>
              <w:t>Bukti / kriteria keberhasilan</w:t>
            </w:r>
          </w:p>
        </w:tc>
        <w:tc>
          <w:tcPr>
            <w:tcW w:type="dxa" w:w="2324"/>
            <w:vAlign w:val="center"/>
            <w:shd w:fill="1D1B1C"/>
          </w:tcPr>
          <w:p>
            <w:pPr>
              <w:spacing w:after="80"/>
            </w:pPr>
            <w:r>
              <w:rPr>
                <w:b/>
                <w:color w:val="FFFFFF"/>
                <w:sz w:val="18"/>
              </w:rPr>
              <w:t>Keputusan jika meleset</w:t>
            </w:r>
          </w:p>
        </w:tc>
      </w:tr>
      <w:tr>
        <w:trPr>
          <w:cantSplit/>
        </w:trPr>
        <w:tc>
          <w:tcPr>
            <w:tcW w:type="dxa" w:w="2551"/>
            <w:vAlign w:val="center"/>
          </w:tcPr>
          <w:p>
            <w:pPr>
              <w:spacing w:after="80"/>
            </w:pPr>
            <w:r>
              <w:rPr>
                <w:sz w:val="18"/>
              </w:rPr>
              <w:t>____________________________</w:t>
            </w:r>
          </w:p>
        </w:tc>
        <w:tc>
          <w:tcPr>
            <w:tcW w:type="dxa" w:w="2268"/>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2324"/>
            <w:vAlign w:val="center"/>
          </w:tcPr>
          <w:p>
            <w:pPr>
              <w:spacing w:after="80"/>
            </w:pPr>
            <w:r>
              <w:rPr>
                <w:sz w:val="18"/>
              </w:rPr>
              <w:t>____________________________</w:t>
            </w:r>
          </w:p>
        </w:tc>
      </w:tr>
      <w:tr>
        <w:trPr>
          <w:cantSplit/>
        </w:trPr>
        <w:tc>
          <w:tcPr>
            <w:tcW w:type="dxa" w:w="2551"/>
            <w:vAlign w:val="center"/>
          </w:tcPr>
          <w:p>
            <w:pPr>
              <w:spacing w:after="80"/>
            </w:pPr>
            <w:r>
              <w:rPr>
                <w:sz w:val="18"/>
              </w:rPr>
              <w:t>____________________________</w:t>
            </w:r>
          </w:p>
        </w:tc>
        <w:tc>
          <w:tcPr>
            <w:tcW w:type="dxa" w:w="2268"/>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2324"/>
            <w:vAlign w:val="center"/>
          </w:tcPr>
          <w:p>
            <w:pPr>
              <w:spacing w:after="80"/>
            </w:pPr>
            <w:r>
              <w:rPr>
                <w:sz w:val="18"/>
              </w:rPr>
              <w:t>____________________________</w:t>
            </w:r>
          </w:p>
        </w:tc>
      </w:tr>
      <w:tr>
        <w:trPr>
          <w:cantSplit/>
        </w:trPr>
        <w:tc>
          <w:tcPr>
            <w:tcW w:type="dxa" w:w="2551"/>
            <w:vAlign w:val="center"/>
          </w:tcPr>
          <w:p>
            <w:pPr>
              <w:spacing w:after="80"/>
            </w:pPr>
            <w:r>
              <w:rPr>
                <w:sz w:val="18"/>
              </w:rPr>
              <w:t>____________________________</w:t>
            </w:r>
          </w:p>
        </w:tc>
        <w:tc>
          <w:tcPr>
            <w:tcW w:type="dxa" w:w="2268"/>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2324"/>
            <w:vAlign w:val="center"/>
          </w:tcPr>
          <w:p>
            <w:pPr>
              <w:spacing w:after="80"/>
            </w:pPr>
            <w:r>
              <w:rPr>
                <w:sz w:val="18"/>
              </w:rPr>
              <w:t>____________________________</w:t>
            </w:r>
          </w:p>
        </w:tc>
      </w:tr>
      <w:tr>
        <w:trPr>
          <w:cantSplit/>
        </w:trPr>
        <w:tc>
          <w:tcPr>
            <w:tcW w:type="dxa" w:w="2551"/>
            <w:vAlign w:val="center"/>
          </w:tcPr>
          <w:p>
            <w:pPr>
              <w:spacing w:after="80"/>
            </w:pPr>
            <w:r>
              <w:rPr>
                <w:sz w:val="18"/>
              </w:rPr>
              <w:t>____________________________</w:t>
            </w:r>
          </w:p>
        </w:tc>
        <w:tc>
          <w:tcPr>
            <w:tcW w:type="dxa" w:w="2268"/>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2324"/>
            <w:vAlign w:val="center"/>
          </w:tcPr>
          <w:p>
            <w:pPr>
              <w:spacing w:after="80"/>
            </w:pPr>
            <w:r>
              <w:rPr>
                <w:sz w:val="18"/>
              </w:rPr>
              <w:t>____________________________</w:t>
            </w:r>
          </w:p>
        </w:tc>
      </w:tr>
      <w:tr>
        <w:trPr>
          <w:cantSplit/>
        </w:trPr>
        <w:tc>
          <w:tcPr>
            <w:tcW w:type="dxa" w:w="2551"/>
            <w:vAlign w:val="center"/>
          </w:tcPr>
          <w:p>
            <w:pPr>
              <w:spacing w:after="80"/>
            </w:pPr>
            <w:r>
              <w:rPr>
                <w:sz w:val="18"/>
              </w:rPr>
              <w:t>____________________________</w:t>
            </w:r>
          </w:p>
        </w:tc>
        <w:tc>
          <w:tcPr>
            <w:tcW w:type="dxa" w:w="2268"/>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2324"/>
            <w:vAlign w:val="center"/>
          </w:tcPr>
          <w:p>
            <w:pPr>
              <w:spacing w:after="80"/>
            </w:pPr>
            <w:r>
              <w:rPr>
                <w:sz w:val="18"/>
              </w:rPr>
              <w:t>____________________________</w:t>
            </w:r>
          </w:p>
        </w:tc>
      </w:tr>
    </w:tbl>
    <w:p/>
    <w:p>
      <w:pPr>
        <w:pStyle w:val="Heading1"/>
      </w:pPr>
      <w:r>
        <w:t>13. Daftar lampiran dan pemeriksaan akhir</w:t>
      </w:r>
    </w:p>
    <w:tbl>
      <w:tblPr>
        <w:tblStyle w:val="TableGrid"/>
        <w:tblW w:type="auto" w:w="0"/>
        <w:jc w:val="center"/>
        <w:tblLayout w:type="fixed"/>
        <w:tblLook w:firstColumn="1" w:firstRow="1" w:lastColumn="0" w:lastRow="0" w:noHBand="0" w:noVBand="1" w:val="04A0"/>
      </w:tblPr>
      <w:tblGrid>
        <w:gridCol w:w="2494"/>
        <w:gridCol w:w="2494"/>
        <w:gridCol w:w="2494"/>
        <w:gridCol w:w="2494"/>
      </w:tblGrid>
      <w:tr>
        <w:trPr>
          <w:cantSplit/>
          <w:tblHeader/>
        </w:trPr>
        <w:tc>
          <w:tcPr>
            <w:tcW w:type="dxa" w:w="3628"/>
            <w:vAlign w:val="center"/>
            <w:shd w:fill="1D1B1C"/>
          </w:tcPr>
          <w:p>
            <w:pPr>
              <w:spacing w:after="80"/>
            </w:pPr>
            <w:r>
              <w:rPr>
                <w:b/>
                <w:color w:val="FFFFFF"/>
                <w:sz w:val="18"/>
              </w:rPr>
              <w:t>Lampiran</w:t>
            </w:r>
          </w:p>
        </w:tc>
        <w:tc>
          <w:tcPr>
            <w:tcW w:type="dxa" w:w="2211"/>
            <w:vAlign w:val="center"/>
            <w:shd w:fill="1D1B1C"/>
          </w:tcPr>
          <w:p>
            <w:pPr>
              <w:spacing w:after="80"/>
            </w:pPr>
            <w:r>
              <w:rPr>
                <w:b/>
                <w:color w:val="FFFFFF"/>
                <w:sz w:val="18"/>
              </w:rPr>
              <w:t>Status / lokasi file</w:t>
            </w:r>
          </w:p>
        </w:tc>
        <w:tc>
          <w:tcPr>
            <w:tcW w:type="dxa" w:w="2041"/>
            <w:vAlign w:val="center"/>
            <w:shd w:fill="1D1B1C"/>
          </w:tcPr>
          <w:p>
            <w:pPr>
              <w:spacing w:after="80"/>
            </w:pPr>
            <w:r>
              <w:rPr>
                <w:b/>
                <w:color w:val="FFFFFF"/>
                <w:sz w:val="18"/>
              </w:rPr>
              <w:t>Tanggal / sumber</w:t>
            </w:r>
          </w:p>
        </w:tc>
        <w:tc>
          <w:tcPr>
            <w:tcW w:type="dxa" w:w="2098"/>
            <w:vAlign w:val="center"/>
            <w:shd w:fill="1D1B1C"/>
          </w:tcPr>
          <w:p>
            <w:pPr>
              <w:spacing w:after="80"/>
            </w:pPr>
            <w:r>
              <w:rPr>
                <w:b/>
                <w:color w:val="FFFFFF"/>
                <w:sz w:val="18"/>
              </w:rPr>
              <w:t>Catatan kerahasiaan</w:t>
            </w:r>
          </w:p>
        </w:tc>
      </w:tr>
      <w:tr>
        <w:trPr>
          <w:cantSplit/>
        </w:trPr>
        <w:tc>
          <w:tcPr>
            <w:tcW w:type="dxa" w:w="3628"/>
            <w:vAlign w:val="center"/>
          </w:tcPr>
          <w:p>
            <w:pPr>
              <w:spacing w:after="80"/>
            </w:pPr>
            <w:r>
              <w:rPr>
                <w:sz w:val="18"/>
              </w:rPr>
              <w:t>Identitas dan legalitas sesuai syarat penerima</w:t>
            </w:r>
          </w:p>
        </w:tc>
        <w:tc>
          <w:tcPr>
            <w:tcW w:type="dxa" w:w="2211"/>
            <w:vAlign w:val="center"/>
          </w:tcPr>
          <w:p>
            <w:pPr>
              <w:spacing w:after="80"/>
            </w:pPr>
            <w:r>
              <w:rPr>
                <w:sz w:val="18"/>
              </w:rPr>
              <w:t>____________________________</w:t>
            </w:r>
          </w:p>
        </w:tc>
        <w:tc>
          <w:tcPr>
            <w:tcW w:type="dxa" w:w="2041"/>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r>
        <w:trPr>
          <w:cantSplit/>
        </w:trPr>
        <w:tc>
          <w:tcPr>
            <w:tcW w:type="dxa" w:w="3628"/>
            <w:vAlign w:val="center"/>
          </w:tcPr>
          <w:p>
            <w:pPr>
              <w:spacing w:after="80"/>
            </w:pPr>
            <w:r>
              <w:rPr>
                <w:sz w:val="18"/>
              </w:rPr>
              <w:t>Foto produk / katalog / hasil uji</w:t>
            </w:r>
          </w:p>
        </w:tc>
        <w:tc>
          <w:tcPr>
            <w:tcW w:type="dxa" w:w="2211"/>
            <w:vAlign w:val="center"/>
          </w:tcPr>
          <w:p>
            <w:pPr>
              <w:spacing w:after="80"/>
            </w:pPr>
            <w:r>
              <w:rPr>
                <w:sz w:val="18"/>
              </w:rPr>
              <w:t>____________________________</w:t>
            </w:r>
          </w:p>
        </w:tc>
        <w:tc>
          <w:tcPr>
            <w:tcW w:type="dxa" w:w="2041"/>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r>
        <w:trPr>
          <w:cantSplit/>
        </w:trPr>
        <w:tc>
          <w:tcPr>
            <w:tcW w:type="dxa" w:w="3628"/>
            <w:vAlign w:val="center"/>
          </w:tcPr>
          <w:p>
            <w:pPr>
              <w:spacing w:after="80"/>
            </w:pPr>
            <w:r>
              <w:rPr>
                <w:sz w:val="18"/>
              </w:rPr>
              <w:t>Catatan transaksi / laporan keuangan</w:t>
            </w:r>
          </w:p>
        </w:tc>
        <w:tc>
          <w:tcPr>
            <w:tcW w:type="dxa" w:w="2211"/>
            <w:vAlign w:val="center"/>
          </w:tcPr>
          <w:p>
            <w:pPr>
              <w:spacing w:after="80"/>
            </w:pPr>
            <w:r>
              <w:rPr>
                <w:sz w:val="18"/>
              </w:rPr>
              <w:t>____________________________</w:t>
            </w:r>
          </w:p>
        </w:tc>
        <w:tc>
          <w:tcPr>
            <w:tcW w:type="dxa" w:w="2041"/>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r>
        <w:trPr>
          <w:cantSplit/>
        </w:trPr>
        <w:tc>
          <w:tcPr>
            <w:tcW w:type="dxa" w:w="3628"/>
            <w:vAlign w:val="center"/>
          </w:tcPr>
          <w:p>
            <w:pPr>
              <w:spacing w:after="80"/>
            </w:pPr>
            <w:r>
              <w:rPr>
                <w:sz w:val="18"/>
              </w:rPr>
              <w:t>Bukti riset pasar / pelanggan (izin diperlukan)</w:t>
            </w:r>
          </w:p>
        </w:tc>
        <w:tc>
          <w:tcPr>
            <w:tcW w:type="dxa" w:w="2211"/>
            <w:vAlign w:val="center"/>
          </w:tcPr>
          <w:p>
            <w:pPr>
              <w:spacing w:after="80"/>
            </w:pPr>
            <w:r>
              <w:rPr>
                <w:sz w:val="18"/>
              </w:rPr>
              <w:t>____________________________</w:t>
            </w:r>
          </w:p>
        </w:tc>
        <w:tc>
          <w:tcPr>
            <w:tcW w:type="dxa" w:w="2041"/>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r>
        <w:trPr>
          <w:cantSplit/>
        </w:trPr>
        <w:tc>
          <w:tcPr>
            <w:tcW w:type="dxa" w:w="3628"/>
            <w:vAlign w:val="center"/>
          </w:tcPr>
          <w:p>
            <w:pPr>
              <w:spacing w:after="80"/>
            </w:pPr>
            <w:r>
              <w:rPr>
                <w:sz w:val="18"/>
              </w:rPr>
              <w:t>Penawaran pemasok / peralatan</w:t>
            </w:r>
          </w:p>
        </w:tc>
        <w:tc>
          <w:tcPr>
            <w:tcW w:type="dxa" w:w="2211"/>
            <w:vAlign w:val="center"/>
          </w:tcPr>
          <w:p>
            <w:pPr>
              <w:spacing w:after="80"/>
            </w:pPr>
            <w:r>
              <w:rPr>
                <w:sz w:val="18"/>
              </w:rPr>
              <w:t>____________________________</w:t>
            </w:r>
          </w:p>
        </w:tc>
        <w:tc>
          <w:tcPr>
            <w:tcW w:type="dxa" w:w="2041"/>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r>
        <w:trPr>
          <w:cantSplit/>
        </w:trPr>
        <w:tc>
          <w:tcPr>
            <w:tcW w:type="dxa" w:w="3628"/>
            <w:vAlign w:val="center"/>
          </w:tcPr>
          <w:p>
            <w:pPr>
              <w:spacing w:after="80"/>
            </w:pPr>
            <w:r>
              <w:rPr>
                <w:sz w:val="18"/>
              </w:rPr>
              <w:t>Profil tim dan bukti pengalaman</w:t>
            </w:r>
          </w:p>
        </w:tc>
        <w:tc>
          <w:tcPr>
            <w:tcW w:type="dxa" w:w="2211"/>
            <w:vAlign w:val="center"/>
          </w:tcPr>
          <w:p>
            <w:pPr>
              <w:spacing w:after="80"/>
            </w:pPr>
            <w:r>
              <w:rPr>
                <w:sz w:val="18"/>
              </w:rPr>
              <w:t>____________________________</w:t>
            </w:r>
          </w:p>
        </w:tc>
        <w:tc>
          <w:tcPr>
            <w:tcW w:type="dxa" w:w="2041"/>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r>
        <w:trPr>
          <w:cantSplit/>
        </w:trPr>
        <w:tc>
          <w:tcPr>
            <w:tcW w:type="dxa" w:w="3628"/>
            <w:vAlign w:val="center"/>
          </w:tcPr>
          <w:p>
            <w:pPr>
              <w:spacing w:after="80"/>
            </w:pPr>
            <w:r>
              <w:rPr>
                <w:sz w:val="18"/>
              </w:rPr>
              <w:t>Business Model Canvas / dokumen pendukung lain</w:t>
            </w:r>
          </w:p>
        </w:tc>
        <w:tc>
          <w:tcPr>
            <w:tcW w:type="dxa" w:w="2211"/>
            <w:vAlign w:val="center"/>
          </w:tcPr>
          <w:p>
            <w:pPr>
              <w:spacing w:after="80"/>
            </w:pPr>
            <w:r>
              <w:rPr>
                <w:sz w:val="18"/>
              </w:rPr>
              <w:t>____________________________</w:t>
            </w:r>
          </w:p>
        </w:tc>
        <w:tc>
          <w:tcPr>
            <w:tcW w:type="dxa" w:w="2041"/>
            <w:vAlign w:val="center"/>
          </w:tcPr>
          <w:p>
            <w:pPr>
              <w:spacing w:after="80"/>
            </w:pPr>
            <w:r>
              <w:rPr>
                <w:sz w:val="18"/>
              </w:rPr>
              <w:t>____________________________</w:t>
            </w:r>
          </w:p>
        </w:tc>
        <w:tc>
          <w:tcPr>
            <w:tcW w:type="dxa" w:w="2098"/>
            <w:vAlign w:val="center"/>
          </w:tcPr>
          <w:p>
            <w:pPr>
              <w:spacing w:after="80"/>
            </w:pPr>
            <w:r>
              <w:rPr>
                <w:sz w:val="18"/>
              </w:rPr>
              <w:t>____________________________</w:t>
            </w:r>
          </w:p>
        </w:tc>
      </w:tr>
    </w:tbl>
    <w:p/>
    <w:p>
      <w:r>
        <w:t>Checklist: [ ] Penerima dan permintaan jelas  [ ] Fakta memiliki bukti  [ ] Hipotesis diberi label  [ ] Arus kas cocok dengan penggunaan dana  [ ] Risiko dicatat  [ ] Tidak ada klaim keuntungan pasti  [ ] Kontak dan lampiran diperiksa  [ ] Data sensitif dibatasi.</w:t>
      </w:r>
    </w:p>
    <w:tbl>
      <w:tblPr>
        <w:tblStyle w:val="TableGrid"/>
        <w:tblW w:type="auto" w:w="0"/>
        <w:jc w:val="center"/>
        <w:tblLayout w:type="fixed"/>
        <w:tblLook w:firstColumn="1" w:firstRow="1" w:lastColumn="0" w:lastRow="0" w:noHBand="0" w:noVBand="1" w:val="04A0"/>
      </w:tblPr>
      <w:tblGrid>
        <w:gridCol w:w="4989"/>
        <w:gridCol w:w="4989"/>
      </w:tblGrid>
      <w:tr>
        <w:trPr>
          <w:cantSplit/>
          <w:tblHeader/>
        </w:trPr>
        <w:tc>
          <w:tcPr>
            <w:tcW w:type="dxa" w:w="3402"/>
            <w:vAlign w:val="center"/>
            <w:shd w:fill="1D1B1C"/>
          </w:tcPr>
          <w:p>
            <w:pPr>
              <w:spacing w:after="80"/>
            </w:pPr>
            <w:r>
              <w:rPr>
                <w:b/>
                <w:color w:val="FFFFFF"/>
                <w:sz w:val="18"/>
              </w:rPr>
              <w:t>Isian</w:t>
            </w:r>
          </w:p>
        </w:tc>
        <w:tc>
          <w:tcPr>
            <w:tcW w:type="dxa" w:w="6576"/>
            <w:vAlign w:val="center"/>
            <w:shd w:fill="1D1B1C"/>
          </w:tcPr>
          <w:p>
            <w:pPr>
              <w:spacing w:after="80"/>
            </w:pPr>
            <w:r>
              <w:rPr>
                <w:b/>
                <w:color w:val="FFFFFF"/>
                <w:sz w:val="18"/>
              </w:rPr>
              <w:t>Jawaban Anda</w:t>
            </w:r>
          </w:p>
        </w:tc>
      </w:tr>
      <w:tr>
        <w:trPr>
          <w:cantSplit/>
        </w:trPr>
        <w:tc>
          <w:tcPr>
            <w:tcW w:type="dxa" w:w="3402"/>
            <w:vAlign w:val="center"/>
          </w:tcPr>
          <w:p>
            <w:pPr>
              <w:spacing w:after="80"/>
            </w:pPr>
            <w:r>
              <w:rPr>
                <w:sz w:val="18"/>
              </w:rPr>
              <w:t>Penanggung jawab pemeriksaan akhir</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Tanggal revisi / versi yang dikirim</w:t>
            </w:r>
          </w:p>
        </w:tc>
        <w:tc>
          <w:tcPr>
            <w:tcW w:type="dxa" w:w="6576"/>
            <w:vAlign w:val="center"/>
          </w:tcPr>
          <w:p>
            <w:pPr>
              <w:spacing w:after="80"/>
            </w:pPr>
            <w:r>
              <w:rPr>
                <w:sz w:val="18"/>
              </w:rPr>
              <w:t>____________________________</w:t>
            </w:r>
          </w:p>
        </w:tc>
      </w:tr>
      <w:tr>
        <w:trPr>
          <w:cantSplit/>
        </w:trPr>
        <w:tc>
          <w:tcPr>
            <w:tcW w:type="dxa" w:w="3402"/>
            <w:vAlign w:val="center"/>
          </w:tcPr>
          <w:p>
            <w:pPr>
              <w:spacing w:after="80"/>
            </w:pPr>
            <w:r>
              <w:rPr>
                <w:sz w:val="18"/>
              </w:rPr>
              <w:t>Pertanyaan lanjutan yang belum terjawab</w:t>
            </w:r>
          </w:p>
        </w:tc>
        <w:tc>
          <w:tcPr>
            <w:tcW w:type="dxa" w:w="6576"/>
            <w:vAlign w:val="center"/>
          </w:tcPr>
          <w:p>
            <w:pPr>
              <w:spacing w:after="80"/>
            </w:pPr>
            <w:r>
              <w:rPr>
                <w:sz w:val="18"/>
              </w:rPr>
              <w:t>____________________________</w:t>
            </w:r>
          </w:p>
        </w:tc>
      </w:tr>
    </w:tbl>
    <w:p/>
    <w:p>
      <w:hyperlink r:id="rId11">
        <w:r>
          <w:rPr>
            <w:color w:val="0066CC"/>
          </w:rPr>
          <w:t>Bacaan: panduan business plan</w:t>
        </w:r>
      </w:hyperlink>
    </w:p>
    <w:p>
      <w:pPr>
        <w:pStyle w:val="Caption"/>
      </w:pPr>
      <w:r>
        <w:t>https://mentorbisnisindonesia.com/blog/business-plan</w:t>
      </w:r>
    </w:p>
    <w:p>
      <w:hyperlink r:id="rId12">
        <w:r>
          <w:rPr>
            <w:color w:val="0066CC"/>
          </w:rPr>
          <w:t>Pendampingan: program Mentor Bisnis Indonesia</w:t>
        </w:r>
      </w:hyperlink>
    </w:p>
    <w:p>
      <w:pPr>
        <w:pStyle w:val="Caption"/>
      </w:pPr>
      <w:r>
        <w:t>https://mentorbisnisindonesia.com/program</w:t>
      </w:r>
    </w:p>
    <w:sectPr w:rsidR="00FC693F" w:rsidRPr="0006063C" w:rsidSect="00034616">
      <w:headerReference w:type="default" r:id="rId9"/>
      <w:footerReference w:type="default" r:id="rId10"/>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mentorbisnisindonesia.com | Template editable | Halaman </w:t>
    </w:r>
    <w:fldSimple w:instr="PAGE"/>
    <w:r>
      <w:rPr>
        <w:sz w:val="16"/>
      </w:rPr>
      <w:br/>
      <w:t>Diminta oleh Syauqi (via MinTiv)</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left"/>
    </w:pPr>
    <w:r>
      <w:t>Mentor Bisnis Indonesia | Dokumen kerja UMKM</w:t>
    </w:r>
    <w:r>
      <w:drawing>
        <wp:inline xmlns:a="http://schemas.openxmlformats.org/drawingml/2006/main" xmlns:pic="http://schemas.openxmlformats.org/drawingml/2006/picture">
          <wp:extent cx="1188720" cy="261518"/>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188720" cy="26151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D1B1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1B1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D1B1C"/>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D1B1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entorbisnisindonesia.com/blog/business-plan" TargetMode="External"/><Relationship Id="rId12" Type="http://schemas.openxmlformats.org/officeDocument/2006/relationships/hyperlink" Target="https://mentorbisnisindonesia.com/progr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Proposal Usaha UMKM</dc:title>
  <dc:subject>Template isian editable untuk pelaku UMKM</dc:subject>
  <dc:creator>Mentor Bisnis Indonesia</dc:creator>
  <cp:keywords/>
  <dc:description>Diminta oleh Syauqi (via MinTiv)</dc:description>
  <cp:lastModifiedBy/>
  <cp:revision>1</cp:revision>
  <dcterms:created xsi:type="dcterms:W3CDTF">2013-12-23T23:15:00Z</dcterms:created>
  <dcterms:modified xsi:type="dcterms:W3CDTF">2013-12-23T23:15:00Z</dcterms:modified>
  <cp:category/>
</cp:coreProperties>
</file>