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Template Business Plan (Bisnis Plan) untuk UMKM</w:t>
      </w:r>
    </w:p>
    <w:p>
      <w:r>
        <w:t>Sumber: mentorbisnisindonesia.com/blog/business-plan. Ganti semua teks dalam [kurung siku] dengan data usaha Anda. Panjang ideal tiap bagian tertulis di bawah judulnya.</w:t>
      </w:r>
    </w:p>
    <w:p>
      <w:pPr>
        <w:pStyle w:val="Heading1"/>
      </w:pPr>
      <w:r>
        <w:t>1. Ringkasan Eksekutif</w:t>
      </w:r>
    </w:p>
    <w:p>
      <w:r>
        <w:rPr>
          <w:i/>
        </w:rPr>
        <w:t>1 halaman. Tulis paling akhir.</w:t>
      </w:r>
    </w:p>
    <w:p>
      <w:pPr>
        <w:pStyle w:val="ListBullet"/>
      </w:pPr>
      <w:r>
        <w:t>Nama usaha dan produk utama: [ ]</w:t>
      </w:r>
    </w:p>
    <w:p>
      <w:pPr>
        <w:pStyle w:val="ListBullet"/>
      </w:pPr>
      <w:r>
        <w:t>Masalah pelanggan yang diselesaikan: [ ]</w:t>
      </w:r>
    </w:p>
    <w:p>
      <w:pPr>
        <w:pStyle w:val="ListBullet"/>
      </w:pPr>
      <w:r>
        <w:t>Target pasar: [ ]</w:t>
      </w:r>
    </w:p>
    <w:p>
      <w:pPr>
        <w:pStyle w:val="ListBullet"/>
      </w:pPr>
      <w:r>
        <w:t>Kebutuhan modal dan penggunaannya: [ ]</w:t>
      </w:r>
    </w:p>
    <w:p>
      <w:pPr>
        <w:pStyle w:val="ListBullet"/>
      </w:pPr>
      <w:r>
        <w:t>Proyeksi laba bulanan dan target balik modal: [ ]</w:t>
      </w:r>
    </w:p>
    <w:p>
      <w:pPr>
        <w:pStyle w:val="Heading1"/>
      </w:pPr>
      <w:r>
        <w:t>2. Deskripsi Usaha</w:t>
      </w:r>
    </w:p>
    <w:p>
      <w:r>
        <w:rPr>
          <w:i/>
        </w:rPr>
        <w:t>0,5 sampai 1 halaman.</w:t>
      </w:r>
    </w:p>
    <w:p>
      <w:pPr>
        <w:pStyle w:val="ListBullet"/>
      </w:pPr>
      <w:r>
        <w:t>Bentuk badan usaha (perorangan, CV, PT): [ ]</w:t>
      </w:r>
    </w:p>
    <w:p>
      <w:pPr>
        <w:pStyle w:val="ListBullet"/>
      </w:pPr>
      <w:r>
        <w:t>Lokasi dan jam operasional: [ ]</w:t>
      </w:r>
    </w:p>
    <w:p>
      <w:pPr>
        <w:pStyle w:val="ListBullet"/>
      </w:pPr>
      <w:r>
        <w:t>Visi dan misi: [ ]</w:t>
      </w:r>
    </w:p>
    <w:p>
      <w:pPr>
        <w:pStyle w:val="ListBullet"/>
      </w:pPr>
      <w:r>
        <w:t>Status izin usaha (NIB, PIRT, halal jika perlu): [ ]</w:t>
      </w:r>
    </w:p>
    <w:p>
      <w:pPr>
        <w:pStyle w:val="Heading1"/>
      </w:pPr>
      <w:r>
        <w:t>3. Analisis Pasar</w:t>
      </w:r>
    </w:p>
    <w:p>
      <w:r>
        <w:rPr>
          <w:i/>
        </w:rPr>
        <w:t>1 sampai 2 halaman.</w:t>
      </w:r>
    </w:p>
    <w:p>
      <w:pPr>
        <w:pStyle w:val="ListBullet"/>
      </w:pPr>
      <w:r>
        <w:t>Profil pelanggan ideal (usia, lokasi, daya beli): [ ]</w:t>
      </w:r>
    </w:p>
    <w:p>
      <w:pPr>
        <w:pStyle w:val="ListBullet"/>
      </w:pPr>
      <w:r>
        <w:t>Perkiraan ukuran pasar di area Anda beserta sumber datanya: [ ]</w:t>
      </w:r>
    </w:p>
    <w:p>
      <w:pPr>
        <w:pStyle w:val="ListBullet"/>
      </w:pPr>
      <w:r>
        <w:t>Tren yang mendukung usaha: [ ]</w:t>
      </w:r>
    </w:p>
    <w:p>
      <w:pPr>
        <w:pStyle w:val="Heading1"/>
      </w:pPr>
      <w:r>
        <w:t>4. Analisis Pesaing</w:t>
      </w:r>
    </w:p>
    <w:p>
      <w:r>
        <w:rPr>
          <w:i/>
        </w:rPr>
        <w:t>1 halaman.</w:t>
      </w:r>
    </w:p>
    <w:p>
      <w:pPr>
        <w:pStyle w:val="ListBullet"/>
      </w:pPr>
      <w:r>
        <w:t>Tabel 3 sampai 5 pesaing: nama, harga, keunggulan, kelemahan: [ ]</w:t>
      </w:r>
    </w:p>
    <w:p>
      <w:pPr>
        <w:pStyle w:val="ListBullet"/>
      </w:pPr>
      <w:r>
        <w:t>Analisis SWOT ringkas usaha Anda: [ ]</w:t>
      </w:r>
    </w:p>
    <w:p>
      <w:pPr>
        <w:pStyle w:val="Heading1"/>
      </w:pPr>
      <w:r>
        <w:t>5. Produk atau Layanan</w:t>
      </w:r>
    </w:p>
    <w:p>
      <w:r>
        <w:rPr>
          <w:i/>
        </w:rPr>
        <w:t>1 halaman.</w:t>
      </w:r>
    </w:p>
    <w:p>
      <w:pPr>
        <w:pStyle w:val="ListBullet"/>
      </w:pPr>
      <w:r>
        <w:t>Deskripsi produk dan keunggulan: [ ]</w:t>
      </w:r>
    </w:p>
    <w:p>
      <w:pPr>
        <w:pStyle w:val="ListBullet"/>
      </w:pPr>
      <w:r>
        <w:t>HPP per unit: [ ]</w:t>
      </w:r>
    </w:p>
    <w:p>
      <w:pPr>
        <w:pStyle w:val="ListBullet"/>
      </w:pPr>
      <w:r>
        <w:t>Harga jual dan margin: [ ]</w:t>
      </w:r>
    </w:p>
    <w:p>
      <w:pPr>
        <w:pStyle w:val="Heading1"/>
      </w:pPr>
      <w:r>
        <w:t>6. Strategi Pemasaran</w:t>
      </w:r>
    </w:p>
    <w:p>
      <w:r>
        <w:rPr>
          <w:i/>
        </w:rPr>
        <w:t>1 sampai 2 halaman.</w:t>
      </w:r>
    </w:p>
    <w:p>
      <w:pPr>
        <w:pStyle w:val="ListBullet"/>
      </w:pPr>
      <w:r>
        <w:t>Kanal penjualan (offline, marketplace, media sosial): [ ]</w:t>
      </w:r>
    </w:p>
    <w:p>
      <w:pPr>
        <w:pStyle w:val="ListBullet"/>
      </w:pPr>
      <w:r>
        <w:t>Promosi peluncuran: [ ]</w:t>
      </w:r>
    </w:p>
    <w:p>
      <w:pPr>
        <w:pStyle w:val="ListBullet"/>
      </w:pPr>
      <w:r>
        <w:t>Program retensi pelanggan: [ ]</w:t>
      </w:r>
    </w:p>
    <w:p>
      <w:pPr>
        <w:pStyle w:val="Heading1"/>
      </w:pPr>
      <w:r>
        <w:t>7. Rencana Operasional</w:t>
      </w:r>
    </w:p>
    <w:p>
      <w:r>
        <w:rPr>
          <w:i/>
        </w:rPr>
        <w:t>1 halaman.</w:t>
      </w:r>
    </w:p>
    <w:p>
      <w:pPr>
        <w:pStyle w:val="ListBullet"/>
      </w:pPr>
      <w:r>
        <w:t>Alur produksi atau layanan: [ ]</w:t>
      </w:r>
    </w:p>
    <w:p>
      <w:pPr>
        <w:pStyle w:val="ListBullet"/>
      </w:pPr>
      <w:r>
        <w:t>Pemasok utama: [ ]</w:t>
      </w:r>
    </w:p>
    <w:p>
      <w:pPr>
        <w:pStyle w:val="ListBullet"/>
      </w:pPr>
      <w:r>
        <w:t>Kapasitas per hari: [ ]</w:t>
      </w:r>
    </w:p>
    <w:p>
      <w:pPr>
        <w:pStyle w:val="Heading1"/>
      </w:pPr>
      <w:r>
        <w:t>8. Struktur Organisasi dan Tim</w:t>
      </w:r>
    </w:p>
    <w:p>
      <w:r>
        <w:rPr>
          <w:i/>
        </w:rPr>
        <w:t>0,5 halaman.</w:t>
      </w:r>
    </w:p>
    <w:p>
      <w:pPr>
        <w:pStyle w:val="ListBullet"/>
      </w:pPr>
      <w:r>
        <w:t>Peran dan penanggung jawab: [ ]</w:t>
      </w:r>
    </w:p>
    <w:p>
      <w:pPr>
        <w:pStyle w:val="ListBullet"/>
      </w:pPr>
      <w:r>
        <w:t>Rencana rekrutmen: [ ]</w:t>
      </w:r>
    </w:p>
    <w:p>
      <w:pPr>
        <w:pStyle w:val="Heading1"/>
      </w:pPr>
      <w:r>
        <w:t>9. Proyeksi Keuangan</w:t>
      </w:r>
    </w:p>
    <w:p>
      <w:r>
        <w:rPr>
          <w:i/>
        </w:rPr>
        <w:t>2 sampai 3 halaman.</w:t>
      </w:r>
    </w:p>
    <w:p>
      <w:pPr>
        <w:pStyle w:val="ListBullet"/>
      </w:pPr>
      <w:r>
        <w:t>Rincian kebutuhan modal awal: [ ]</w:t>
      </w:r>
    </w:p>
    <w:p>
      <w:pPr>
        <w:pStyle w:val="ListBullet"/>
      </w:pPr>
      <w:r>
        <w:t>Proyeksi laba rugi 12 bulan: [ ]</w:t>
      </w:r>
    </w:p>
    <w:p>
      <w:pPr>
        <w:pStyle w:val="ListBullet"/>
      </w:pPr>
      <w:r>
        <w:t>Arus kas bulanan: [ ]</w:t>
      </w:r>
    </w:p>
    <w:p>
      <w:pPr>
        <w:pStyle w:val="ListBullet"/>
      </w:pPr>
      <w:r>
        <w:t>Titik impas (BEP) = biaya tetap / (harga jual - biaya variabel per unit): [ ]</w:t>
      </w:r>
    </w:p>
    <w:p>
      <w:pPr>
        <w:pStyle w:val="ListBullet"/>
      </w:pPr>
      <w:r>
        <w:t>Skenario pesimis, moderat, optimis: [ ]</w:t>
      </w:r>
    </w:p>
    <w:p>
      <w:pPr>
        <w:pStyle w:val="Heading1"/>
      </w:pPr>
      <w:r>
        <w:t>Lampiran</w:t>
      </w:r>
    </w:p>
    <w:p>
      <w:r>
        <w:rPr>
          <w:i/>
        </w:rPr>
        <w:t>Opsional.</w:t>
      </w:r>
    </w:p>
    <w:p>
      <w:pPr>
        <w:pStyle w:val="ListBullet"/>
      </w:pPr>
      <w:r>
        <w:t>Foto produk, salinan izin usaha, riset pendukung: [ 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